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#151 — Analysis Report</w:t>
      </w:r>
    </w:p>
    <w:p>
      <w:r>
        <w:t>Generated 2026-09-21 02:38:56 · 1 run(s) · CAT-G Data Analyzer</w:t>
      </w:r>
    </w:p>
    <w:p>
      <w:pPr>
        <w:pStyle w:val="Heading2"/>
      </w:pPr>
      <w:r>
        <w:t>1. random forest (#151)</w:t>
      </w:r>
    </w:p>
    <w:p>
      <w:r>
        <w:t>2026-09-21 02:17:48 · random_forest · status: completed</w:t>
      </w:r>
    </w:p>
    <w:p>
      <w:r>
        <w:rPr>
          <w:i/>
        </w:rPr>
        <w:t>The model explains 0.0% of the variance in the target — worse than simply predicting the mean; treat predictions as unreliable.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-0.5783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0.617272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3.519505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1.086945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Protein_A01</w:t>
            </w:r>
          </w:p>
        </w:tc>
        <w:tc>
          <w:tcPr>
            <w:tcW w:type="dxa" w:w="2880"/>
          </w:tcPr>
          <w:p>
            <w:r>
              <w:t>0.013745</w:t>
            </w:r>
          </w:p>
        </w:tc>
        <w:tc>
          <w:tcPr>
            <w:tcW w:type="dxa" w:w="2880"/>
          </w:tcPr>
          <w:p>
            <w:r>
              <w:t>0.033767</w:t>
            </w:r>
          </w:p>
        </w:tc>
      </w:tr>
      <w:tr>
        <w:tc>
          <w:tcPr>
            <w:tcW w:type="dxa" w:w="2880"/>
          </w:tcPr>
          <w:p>
            <w:r>
              <w:t>Protein_B02</w:t>
            </w:r>
          </w:p>
        </w:tc>
        <w:tc>
          <w:tcPr>
            <w:tcW w:type="dxa" w:w="2880"/>
          </w:tcPr>
          <w:p>
            <w:r>
              <w:t>-0.014693</w:t>
            </w:r>
          </w:p>
        </w:tc>
        <w:tc>
          <w:tcPr>
            <w:tcW w:type="dxa" w:w="2880"/>
          </w:tcPr>
          <w:p>
            <w:r>
              <w:t>0.036506</w:t>
            </w:r>
          </w:p>
        </w:tc>
      </w:tr>
      <w:tr>
        <w:tc>
          <w:tcPr>
            <w:tcW w:type="dxa" w:w="2880"/>
          </w:tcPr>
          <w:p>
            <w:r>
              <w:t>Protein_C03</w:t>
            </w:r>
          </w:p>
        </w:tc>
        <w:tc>
          <w:tcPr>
            <w:tcW w:type="dxa" w:w="2880"/>
          </w:tcPr>
          <w:p>
            <w:r>
              <w:t>0.168846</w:t>
            </w:r>
          </w:p>
        </w:tc>
        <w:tc>
          <w:tcPr>
            <w:tcW w:type="dxa" w:w="2880"/>
          </w:tcPr>
          <w:p>
            <w:r>
              <w:t>0.143659</w:t>
            </w:r>
          </w:p>
        </w:tc>
      </w:tr>
      <w:tr>
        <w:tc>
          <w:tcPr>
            <w:tcW w:type="dxa" w:w="2880"/>
          </w:tcPr>
          <w:p>
            <w:r>
              <w:t>Protein_D04</w:t>
            </w:r>
          </w:p>
        </w:tc>
        <w:tc>
          <w:tcPr>
            <w:tcW w:type="dxa" w:w="2880"/>
          </w:tcPr>
          <w:p>
            <w:r>
              <w:t>-0.01372</w:t>
            </w:r>
          </w:p>
        </w:tc>
        <w:tc>
          <w:tcPr>
            <w:tcW w:type="dxa" w:w="2880"/>
          </w:tcPr>
          <w:p>
            <w:r>
              <w:t>0.008411</w:t>
            </w:r>
          </w:p>
        </w:tc>
      </w:tr>
      <w:tr>
        <w:tc>
          <w:tcPr>
            <w:tcW w:type="dxa" w:w="2880"/>
          </w:tcPr>
          <w:p>
            <w:r>
              <w:t>Protein_E05</w:t>
            </w:r>
          </w:p>
        </w:tc>
        <w:tc>
          <w:tcPr>
            <w:tcW w:type="dxa" w:w="2880"/>
          </w:tcPr>
          <w:p>
            <w:r>
              <w:t>-0.082587</w:t>
            </w:r>
          </w:p>
        </w:tc>
        <w:tc>
          <w:tcPr>
            <w:tcW w:type="dxa" w:w="2880"/>
          </w:tcPr>
          <w:p>
            <w:r>
              <w:t>0.089068</w:t>
            </w:r>
          </w:p>
        </w:tc>
      </w:tr>
      <w:tr>
        <w:tc>
          <w:tcPr>
            <w:tcW w:type="dxa" w:w="2880"/>
          </w:tcPr>
          <w:p>
            <w:r>
              <w:t>Protein_F06</w:t>
            </w:r>
          </w:p>
        </w:tc>
        <w:tc>
          <w:tcPr>
            <w:tcW w:type="dxa" w:w="2880"/>
          </w:tcPr>
          <w:p>
            <w:r>
              <w:t>0.194496</w:t>
            </w:r>
          </w:p>
        </w:tc>
        <w:tc>
          <w:tcPr>
            <w:tcW w:type="dxa" w:w="2880"/>
          </w:tcPr>
          <w:p>
            <w:r>
              <w:t>0.264982</w:t>
            </w:r>
          </w:p>
        </w:tc>
      </w:tr>
      <w:tr>
        <w:tc>
          <w:tcPr>
            <w:tcW w:type="dxa" w:w="2880"/>
          </w:tcPr>
          <w:p>
            <w:r>
              <w:t>Protein_G07</w:t>
            </w:r>
          </w:p>
        </w:tc>
        <w:tc>
          <w:tcPr>
            <w:tcW w:type="dxa" w:w="2880"/>
          </w:tcPr>
          <w:p>
            <w:r>
              <w:t>0.114167</w:t>
            </w:r>
          </w:p>
        </w:tc>
        <w:tc>
          <w:tcPr>
            <w:tcW w:type="dxa" w:w="2880"/>
          </w:tcPr>
          <w:p>
            <w:r>
              <w:t>0.171214</w:t>
            </w:r>
          </w:p>
        </w:tc>
      </w:tr>
      <w:tr>
        <w:tc>
          <w:tcPr>
            <w:tcW w:type="dxa" w:w="2880"/>
          </w:tcPr>
          <w:p>
            <w:r>
              <w:t>Protein_H08</w:t>
            </w:r>
          </w:p>
        </w:tc>
        <w:tc>
          <w:tcPr>
            <w:tcW w:type="dxa" w:w="2880"/>
          </w:tcPr>
          <w:p>
            <w:r>
              <w:t>0.008102</w:t>
            </w:r>
          </w:p>
        </w:tc>
        <w:tc>
          <w:tcPr>
            <w:tcW w:type="dxa" w:w="2880"/>
          </w:tcPr>
          <w:p>
            <w:r>
              <w:t>0.009232</w:t>
            </w:r>
          </w:p>
        </w:tc>
      </w:tr>
      <w:tr>
        <w:tc>
          <w:tcPr>
            <w:tcW w:type="dxa" w:w="2880"/>
          </w:tcPr>
          <w:p>
            <w:r>
              <w:t>Protein_I09</w:t>
            </w:r>
          </w:p>
        </w:tc>
        <w:tc>
          <w:tcPr>
            <w:tcW w:type="dxa" w:w="2880"/>
          </w:tcPr>
          <w:p>
            <w:r>
              <w:t>0.192246</w:t>
            </w:r>
          </w:p>
        </w:tc>
        <w:tc>
          <w:tcPr>
            <w:tcW w:type="dxa" w:w="2880"/>
          </w:tcPr>
          <w:p>
            <w:r>
              <w:t>0.164957</w:t>
            </w:r>
          </w:p>
        </w:tc>
      </w:tr>
      <w:tr>
        <w:tc>
          <w:tcPr>
            <w:tcW w:type="dxa" w:w="2880"/>
          </w:tcPr>
          <w:p>
            <w:r>
              <w:t>Protein_J10</w:t>
            </w:r>
          </w:p>
        </w:tc>
        <w:tc>
          <w:tcPr>
            <w:tcW w:type="dxa" w:w="2880"/>
          </w:tcPr>
          <w:p>
            <w:r>
              <w:t>0.171206</w:t>
            </w:r>
          </w:p>
        </w:tc>
        <w:tc>
          <w:tcPr>
            <w:tcW w:type="dxa" w:w="2880"/>
          </w:tcPr>
          <w:p>
            <w:r>
              <w:t>0.182525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Protein_A01</w:t>
            </w:r>
          </w:p>
        </w:tc>
        <w:tc>
          <w:tcPr>
            <w:tcW w:type="dxa" w:w="4320"/>
          </w:tcPr>
          <w:p>
            <w:r>
              <w:t>0.104572</w:t>
            </w:r>
          </w:p>
        </w:tc>
      </w:tr>
      <w:tr>
        <w:tc>
          <w:tcPr>
            <w:tcW w:type="dxa" w:w="4320"/>
          </w:tcPr>
          <w:p>
            <w:r>
              <w:t>Protein_B02</w:t>
            </w:r>
          </w:p>
        </w:tc>
        <w:tc>
          <w:tcPr>
            <w:tcW w:type="dxa" w:w="4320"/>
          </w:tcPr>
          <w:p>
            <w:r>
              <w:t>0.036776</w:t>
            </w:r>
          </w:p>
        </w:tc>
      </w:tr>
      <w:tr>
        <w:tc>
          <w:tcPr>
            <w:tcW w:type="dxa" w:w="4320"/>
          </w:tcPr>
          <w:p>
            <w:r>
              <w:t>Protein_C03</w:t>
            </w:r>
          </w:p>
        </w:tc>
        <w:tc>
          <w:tcPr>
            <w:tcW w:type="dxa" w:w="4320"/>
          </w:tcPr>
          <w:p>
            <w:r>
              <w:t>0.247165</w:t>
            </w:r>
          </w:p>
        </w:tc>
      </w:tr>
      <w:tr>
        <w:tc>
          <w:tcPr>
            <w:tcW w:type="dxa" w:w="4320"/>
          </w:tcPr>
          <w:p>
            <w:r>
              <w:t>Protein_D04</w:t>
            </w:r>
          </w:p>
        </w:tc>
        <w:tc>
          <w:tcPr>
            <w:tcW w:type="dxa" w:w="4320"/>
          </w:tcPr>
          <w:p>
            <w:r>
              <w:t>0.018802</w:t>
            </w:r>
          </w:p>
        </w:tc>
      </w:tr>
      <w:tr>
        <w:tc>
          <w:tcPr>
            <w:tcW w:type="dxa" w:w="4320"/>
          </w:tcPr>
          <w:p>
            <w:r>
              <w:t>Protein_E05</w:t>
            </w:r>
          </w:p>
        </w:tc>
        <w:tc>
          <w:tcPr>
            <w:tcW w:type="dxa" w:w="4320"/>
          </w:tcPr>
          <w:p>
            <w:r>
              <w:t>0.030457</w:t>
            </w:r>
          </w:p>
        </w:tc>
      </w:tr>
      <w:tr>
        <w:tc>
          <w:tcPr>
            <w:tcW w:type="dxa" w:w="4320"/>
          </w:tcPr>
          <w:p>
            <w:r>
              <w:t>Protein_F06</w:t>
            </w:r>
          </w:p>
        </w:tc>
        <w:tc>
          <w:tcPr>
            <w:tcW w:type="dxa" w:w="4320"/>
          </w:tcPr>
          <w:p>
            <w:r>
              <w:t>0.434281</w:t>
            </w:r>
          </w:p>
        </w:tc>
      </w:tr>
      <w:tr>
        <w:tc>
          <w:tcPr>
            <w:tcW w:type="dxa" w:w="4320"/>
          </w:tcPr>
          <w:p>
            <w:r>
              <w:t>Protein_G07</w:t>
            </w:r>
          </w:p>
        </w:tc>
        <w:tc>
          <w:tcPr>
            <w:tcW w:type="dxa" w:w="4320"/>
          </w:tcPr>
          <w:p>
            <w:r>
              <w:t>0.218849</w:t>
            </w:r>
          </w:p>
        </w:tc>
      </w:tr>
      <w:tr>
        <w:tc>
          <w:tcPr>
            <w:tcW w:type="dxa" w:w="4320"/>
          </w:tcPr>
          <w:p>
            <w:r>
              <w:t>Protein_H08</w:t>
            </w:r>
          </w:p>
        </w:tc>
        <w:tc>
          <w:tcPr>
            <w:tcW w:type="dxa" w:w="4320"/>
          </w:tcPr>
          <w:p>
            <w:r>
              <w:t>0.023725</w:t>
            </w:r>
          </w:p>
        </w:tc>
      </w:tr>
      <w:tr>
        <w:tc>
          <w:tcPr>
            <w:tcW w:type="dxa" w:w="4320"/>
          </w:tcPr>
          <w:p>
            <w:r>
              <w:t>Protein_I09</w:t>
            </w:r>
          </w:p>
        </w:tc>
        <w:tc>
          <w:tcPr>
            <w:tcW w:type="dxa" w:w="4320"/>
          </w:tcPr>
          <w:p>
            <w:r>
              <w:t>0.248877</w:t>
            </w:r>
          </w:p>
        </w:tc>
      </w:tr>
      <w:tr>
        <w:tc>
          <w:tcPr>
            <w:tcW w:type="dxa" w:w="4320"/>
          </w:tcPr>
          <w:p>
            <w:r>
              <w:t>Protein_J10</w:t>
            </w:r>
          </w:p>
        </w:tc>
        <w:tc>
          <w:tcPr>
            <w:tcW w:type="dxa" w:w="4320"/>
          </w:tcPr>
          <w:p>
            <w:r>
              <w:t>0.263879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-0.958022</w:t>
            </w:r>
          </w:p>
        </w:tc>
        <w:tc>
          <w:tcPr>
            <w:tcW w:type="dxa" w:w="4320"/>
          </w:tcPr>
          <w:p>
            <w:r>
              <w:t>4.947417</w:t>
            </w:r>
          </w:p>
        </w:tc>
      </w:tr>
      <w:tr>
        <w:tc>
          <w:tcPr>
            <w:tcW w:type="dxa" w:w="4320"/>
          </w:tcPr>
          <w:p>
            <w:r>
              <w:t>0.292293</w:t>
            </w:r>
          </w:p>
        </w:tc>
        <w:tc>
          <w:tcPr>
            <w:tcW w:type="dxa" w:w="4320"/>
          </w:tcPr>
          <w:p>
            <w:r>
              <w:t>3.298471</w:t>
            </w:r>
          </w:p>
        </w:tc>
      </w:tr>
      <w:tr>
        <w:tc>
          <w:tcPr>
            <w:tcW w:type="dxa" w:w="4320"/>
          </w:tcPr>
          <w:p>
            <w:r>
              <w:t>-1.069172</w:t>
            </w:r>
          </w:p>
        </w:tc>
        <w:tc>
          <w:tcPr>
            <w:tcW w:type="dxa" w:w="4320"/>
          </w:tcPr>
          <w:p>
            <w:r>
              <w:t>2.312626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2979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97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example_proteomics.csv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02:17:48.827397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https://cat-g-omxpert.wishartlab.com/results/by-token/a55dc899cd514343aea98c71daeb65ee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Protein_content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