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Pathway Result #47 — Analysis Report</w:t>
      </w:r>
    </w:p>
    <w:p>
      <w:r>
        <w:t>Generated 2026-09-21 02:39:00 · 1 run(s) · CAT-G Data Analyzer</w:t>
      </w:r>
    </w:p>
    <w:p>
      <w:pPr>
        <w:pStyle w:val="Heading2"/>
      </w:pPr>
      <w:r>
        <w:t>1. pathway (#47)</w:t>
      </w:r>
    </w:p>
    <w:p>
      <w:r>
        <w:t>2026-09-21 02:17:58 · pathway · status: completed</w:t>
      </w:r>
    </w:p>
    <w:p>
      <w:r>
        <w:rPr>
          <w:i/>
        </w:rPr>
        <w:t>Enrichment analysis found 125 significant term(s) across the queried databases.</w:t>
      </w:r>
    </w:p>
    <w:p>
      <w:pPr>
        <w:pStyle w:val="Heading3"/>
      </w:pPr>
      <w:r>
        <w:t>go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t>go_id</w:t>
            </w:r>
          </w:p>
        </w:tc>
        <w:tc>
          <w:tcPr>
            <w:tcW w:type="dxa" w:w="864"/>
          </w:tcPr>
          <w:p>
            <w:r>
              <w:t>go_term</w:t>
            </w:r>
          </w:p>
        </w:tc>
        <w:tc>
          <w:tcPr>
            <w:tcW w:type="dxa" w:w="864"/>
          </w:tcPr>
          <w:p>
            <w:r>
              <w:t>namespace</w:t>
            </w:r>
          </w:p>
        </w:tc>
        <w:tc>
          <w:tcPr>
            <w:tcW w:type="dxa" w:w="864"/>
          </w:tcPr>
          <w:p>
            <w:r>
              <w:t>gene_count</w:t>
            </w:r>
          </w:p>
        </w:tc>
        <w:tc>
          <w:tcPr>
            <w:tcW w:type="dxa" w:w="864"/>
          </w:tcPr>
          <w:p>
            <w:r>
              <w:t>bg_count</w:t>
            </w:r>
          </w:p>
        </w:tc>
        <w:tc>
          <w:tcPr>
            <w:tcW w:type="dxa" w:w="864"/>
          </w:tcPr>
          <w:p>
            <w:r>
              <w:t>gene_ratio</w:t>
            </w:r>
          </w:p>
        </w:tc>
        <w:tc>
          <w:tcPr>
            <w:tcW w:type="dxa" w:w="864"/>
          </w:tcPr>
          <w:p>
            <w:r>
              <w:t>bg_ratio</w:t>
            </w:r>
          </w:p>
        </w:tc>
        <w:tc>
          <w:tcPr>
            <w:tcW w:type="dxa" w:w="864"/>
          </w:tcPr>
          <w:p>
            <w:r>
              <w:t>p_value</w:t>
            </w:r>
          </w:p>
        </w:tc>
        <w:tc>
          <w:tcPr>
            <w:tcW w:type="dxa" w:w="864"/>
          </w:tcPr>
          <w:p>
            <w:r>
              <w:t>fdr</w:t>
            </w:r>
          </w:p>
        </w:tc>
        <w:tc>
          <w:tcPr>
            <w:tcW w:type="dxa" w:w="864"/>
          </w:tcPr>
          <w:p>
            <w:r>
              <w:t>genes</w:t>
            </w:r>
          </w:p>
        </w:tc>
      </w:tr>
      <w:tr>
        <w:tc>
          <w:tcPr>
            <w:tcW w:type="dxa" w:w="864"/>
          </w:tcPr>
          <w:p>
            <w:r>
              <w:t>GO:0006355</w:t>
            </w:r>
          </w:p>
        </w:tc>
        <w:tc>
          <w:tcPr>
            <w:tcW w:type="dxa" w:w="864"/>
          </w:tcPr>
          <w:p>
            <w:r>
              <w:t>regulation of DNA-templated transcription</w:t>
            </w:r>
          </w:p>
        </w:tc>
        <w:tc>
          <w:tcPr>
            <w:tcW w:type="dxa" w:w="864"/>
          </w:tcPr>
          <w:p>
            <w:r>
              <w:t>biological_process</w:t>
            </w:r>
          </w:p>
        </w:tc>
        <w:tc>
          <w:tcPr>
            <w:tcW w:type="dxa" w:w="864"/>
          </w:tcPr>
          <w:p>
            <w:r>
              <w:t>16</w:t>
            </w:r>
          </w:p>
        </w:tc>
        <w:tc>
          <w:tcPr>
            <w:tcW w:type="dxa" w:w="864"/>
          </w:tcPr>
          <w:p>
            <w:r>
              <w:t>16</w:t>
            </w:r>
          </w:p>
        </w:tc>
        <w:tc>
          <w:tcPr>
            <w:tcW w:type="dxa" w:w="864"/>
          </w:tcPr>
          <w:p>
            <w:r>
              <w:t>0.64</w:t>
            </w:r>
          </w:p>
        </w:tc>
        <w:tc>
          <w:tcPr>
            <w:tcW w:type="dxa" w:w="864"/>
          </w:tcPr>
          <w:p>
            <w:r>
              <w:t>0.444444</w:t>
            </w:r>
          </w:p>
        </w:tc>
        <w:tc>
          <w:tcPr>
            <w:tcW w:type="dxa" w:w="864"/>
          </w:tcPr>
          <w:p>
            <w:r>
              <w:t>0.00028</w:t>
            </w:r>
          </w:p>
        </w:tc>
        <w:tc>
          <w:tcPr>
            <w:tcW w:type="dxa" w:w="864"/>
          </w:tcPr>
          <w:p>
            <w:r>
              <w:t>0.034945</w:t>
            </w:r>
          </w:p>
        </w:tc>
        <w:tc>
          <w:tcPr>
            <w:tcW w:type="dxa" w:w="864"/>
          </w:tcPr>
          <w:p>
            <w:r>
              <w:t>['AGL24', 'AP1', 'CDF1', 'COL1', 'FD', 'FKF1', 'FUL', 'FWA', 'GI', 'LFY', 'LHY', 'PHYB', 'SOC1', 'SPL3', 'SVP', 'TOC1']</w:t>
            </w:r>
          </w:p>
        </w:tc>
      </w:tr>
      <w:tr>
        <w:tc>
          <w:tcPr>
            <w:tcW w:type="dxa" w:w="864"/>
          </w:tcPr>
          <w:p>
            <w:r>
              <w:t>GO:0009911</w:t>
            </w:r>
          </w:p>
        </w:tc>
        <w:tc>
          <w:tcPr>
            <w:tcW w:type="dxa" w:w="864"/>
          </w:tcPr>
          <w:p>
            <w:r>
              <w:t>positive regulation of flower development</w:t>
            </w:r>
          </w:p>
        </w:tc>
        <w:tc>
          <w:tcPr>
            <w:tcW w:type="dxa" w:w="864"/>
          </w:tcPr>
          <w:p>
            <w:r>
              <w:t>biological_process</w:t>
            </w:r>
          </w:p>
        </w:tc>
        <w:tc>
          <w:tcPr>
            <w:tcW w:type="dxa" w:w="864"/>
          </w:tcPr>
          <w:p>
            <w:r>
              <w:t>9</w:t>
            </w:r>
          </w:p>
        </w:tc>
        <w:tc>
          <w:tcPr>
            <w:tcW w:type="dxa" w:w="864"/>
          </w:tcPr>
          <w:p>
            <w:r>
              <w:t>9</w:t>
            </w:r>
          </w:p>
        </w:tc>
        <w:tc>
          <w:tcPr>
            <w:tcW w:type="dxa" w:w="864"/>
          </w:tcPr>
          <w:p>
            <w:r>
              <w:t>0.36</w:t>
            </w:r>
          </w:p>
        </w:tc>
        <w:tc>
          <w:tcPr>
            <w:tcW w:type="dxa" w:w="864"/>
          </w:tcPr>
          <w:p>
            <w:r>
              <w:t>0.25</w:t>
            </w:r>
          </w:p>
        </w:tc>
        <w:tc>
          <w:tcPr>
            <w:tcW w:type="dxa" w:w="864"/>
          </w:tcPr>
          <w:p>
            <w:r>
              <w:t>0.021701</w:t>
            </w:r>
          </w:p>
        </w:tc>
        <w:tc>
          <w:tcPr>
            <w:tcW w:type="dxa" w:w="864"/>
          </w:tcPr>
          <w:p>
            <w:r>
              <w:t>0.694444</w:t>
            </w:r>
          </w:p>
        </w:tc>
        <w:tc>
          <w:tcPr>
            <w:tcW w:type="dxa" w:w="864"/>
          </w:tcPr>
          <w:p>
            <w:r>
              <w:t>['CRY2', 'FD', 'FKF1', 'FT', 'FUL', 'FWA', 'SOC1', 'SPL3', 'TSF']</w:t>
            </w:r>
          </w:p>
        </w:tc>
      </w:tr>
      <w:tr>
        <w:tc>
          <w:tcPr>
            <w:tcW w:type="dxa" w:w="864"/>
          </w:tcPr>
          <w:p>
            <w:r>
              <w:t>GO:0007623</w:t>
            </w:r>
          </w:p>
        </w:tc>
        <w:tc>
          <w:tcPr>
            <w:tcW w:type="dxa" w:w="864"/>
          </w:tcPr>
          <w:p>
            <w:r>
              <w:t>circadian rhythm</w:t>
            </w:r>
          </w:p>
        </w:tc>
        <w:tc>
          <w:tcPr>
            <w:tcW w:type="dxa" w:w="864"/>
          </w:tcPr>
          <w:p>
            <w:r>
              <w:t>biological_process</w:t>
            </w:r>
          </w:p>
        </w:tc>
        <w:tc>
          <w:tcPr>
            <w:tcW w:type="dxa" w:w="864"/>
          </w:tcPr>
          <w:p>
            <w:r>
              <w:t>8</w:t>
            </w:r>
          </w:p>
        </w:tc>
        <w:tc>
          <w:tcPr>
            <w:tcW w:type="dxa" w:w="864"/>
          </w:tcPr>
          <w:p>
            <w:r>
              <w:t>8</w:t>
            </w:r>
          </w:p>
        </w:tc>
        <w:tc>
          <w:tcPr>
            <w:tcW w:type="dxa" w:w="864"/>
          </w:tcPr>
          <w:p>
            <w:r>
              <w:t>0.32</w:t>
            </w:r>
          </w:p>
        </w:tc>
        <w:tc>
          <w:tcPr>
            <w:tcW w:type="dxa" w:w="864"/>
          </w:tcPr>
          <w:p>
            <w:r>
              <w:t>0.222222</w:t>
            </w:r>
          </w:p>
        </w:tc>
        <w:tc>
          <w:tcPr>
            <w:tcW w:type="dxa" w:w="864"/>
          </w:tcPr>
          <w:p>
            <w:r>
              <w:t>0.035742</w:t>
            </w:r>
          </w:p>
        </w:tc>
        <w:tc>
          <w:tcPr>
            <w:tcW w:type="dxa" w:w="864"/>
          </w:tcPr>
          <w:p>
            <w:r>
              <w:t>0.694444</w:t>
            </w:r>
          </w:p>
        </w:tc>
        <w:tc>
          <w:tcPr>
            <w:tcW w:type="dxa" w:w="864"/>
          </w:tcPr>
          <w:p>
            <w:r>
              <w:t>['CCA1', 'COL1', 'CRY2', 'FKF1', 'GI', 'LHY', 'TOC1', 'ZTL']</w:t>
            </w:r>
          </w:p>
        </w:tc>
      </w:tr>
      <w:tr>
        <w:tc>
          <w:tcPr>
            <w:tcW w:type="dxa" w:w="864"/>
          </w:tcPr>
          <w:p>
            <w:r>
              <w:t>GO:0009908</w:t>
            </w:r>
          </w:p>
        </w:tc>
        <w:tc>
          <w:tcPr>
            <w:tcW w:type="dxa" w:w="864"/>
          </w:tcPr>
          <w:p>
            <w:r>
              <w:t>flower development</w:t>
            </w:r>
          </w:p>
        </w:tc>
        <w:tc>
          <w:tcPr>
            <w:tcW w:type="dxa" w:w="864"/>
          </w:tcPr>
          <w:p>
            <w:r>
              <w:t>biological_process</w:t>
            </w:r>
          </w:p>
        </w:tc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0.24</w:t>
            </w:r>
          </w:p>
        </w:tc>
        <w:tc>
          <w:tcPr>
            <w:tcW w:type="dxa" w:w="864"/>
          </w:tcPr>
          <w:p>
            <w:r>
              <w:t>0.166667</w:t>
            </w:r>
          </w:p>
        </w:tc>
        <w:tc>
          <w:tcPr>
            <w:tcW w:type="dxa" w:w="864"/>
          </w:tcPr>
          <w:p>
            <w:r>
              <w:t>0.090923</w:t>
            </w:r>
          </w:p>
        </w:tc>
        <w:tc>
          <w:tcPr>
            <w:tcW w:type="dxa" w:w="864"/>
          </w:tcPr>
          <w:p>
            <w:r>
              <w:t>0.694444</w:t>
            </w:r>
          </w:p>
        </w:tc>
        <w:tc>
          <w:tcPr>
            <w:tcW w:type="dxa" w:w="864"/>
          </w:tcPr>
          <w:p>
            <w:r>
              <w:t>['AP1', 'GI', 'LFY', 'SOC1', 'SPL3', 'ZTL']</w:t>
            </w:r>
          </w:p>
        </w:tc>
      </w:tr>
      <w:tr>
        <w:tc>
          <w:tcPr>
            <w:tcW w:type="dxa" w:w="864"/>
          </w:tcPr>
          <w:p>
            <w:r>
              <w:t>GO:0009909</w:t>
            </w:r>
          </w:p>
        </w:tc>
        <w:tc>
          <w:tcPr>
            <w:tcW w:type="dxa" w:w="864"/>
          </w:tcPr>
          <w:p>
            <w:r>
              <w:t>regulation of flower development</w:t>
            </w:r>
          </w:p>
        </w:tc>
        <w:tc>
          <w:tcPr>
            <w:tcW w:type="dxa" w:w="864"/>
          </w:tcPr>
          <w:p>
            <w:r>
              <w:t>biological_process</w:t>
            </w:r>
          </w:p>
        </w:tc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0.24</w:t>
            </w:r>
          </w:p>
        </w:tc>
        <w:tc>
          <w:tcPr>
            <w:tcW w:type="dxa" w:w="864"/>
          </w:tcPr>
          <w:p>
            <w:r>
              <w:t>0.166667</w:t>
            </w:r>
          </w:p>
        </w:tc>
        <w:tc>
          <w:tcPr>
            <w:tcW w:type="dxa" w:w="864"/>
          </w:tcPr>
          <w:p>
            <w:r>
              <w:t>0.090923</w:t>
            </w:r>
          </w:p>
        </w:tc>
        <w:tc>
          <w:tcPr>
            <w:tcW w:type="dxa" w:w="864"/>
          </w:tcPr>
          <w:p>
            <w:r>
              <w:t>0.694444</w:t>
            </w:r>
          </w:p>
        </w:tc>
        <w:tc>
          <w:tcPr>
            <w:tcW w:type="dxa" w:w="864"/>
          </w:tcPr>
          <w:p>
            <w:r>
              <w:t>['COL1', 'CRY2', 'FD', 'FT', 'FWA', 'LFY']</w:t>
            </w:r>
          </w:p>
        </w:tc>
      </w:tr>
      <w:tr>
        <w:tc>
          <w:tcPr>
            <w:tcW w:type="dxa" w:w="864"/>
          </w:tcPr>
          <w:p>
            <w:r>
              <w:t>GO:2000028</w:t>
            </w:r>
          </w:p>
        </w:tc>
        <w:tc>
          <w:tcPr>
            <w:tcW w:type="dxa" w:w="864"/>
          </w:tcPr>
          <w:p>
            <w:r>
              <w:t>regulation of photoperiodism, flowering</w:t>
            </w:r>
          </w:p>
        </w:tc>
        <w:tc>
          <w:tcPr>
            <w:tcW w:type="dxa" w:w="864"/>
          </w:tcPr>
          <w:p>
            <w:r>
              <w:t>biological_process</w:t>
            </w:r>
          </w:p>
        </w:tc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0.24</w:t>
            </w:r>
          </w:p>
        </w:tc>
        <w:tc>
          <w:tcPr>
            <w:tcW w:type="dxa" w:w="864"/>
          </w:tcPr>
          <w:p>
            <w:r>
              <w:t>0.166667</w:t>
            </w:r>
          </w:p>
        </w:tc>
        <w:tc>
          <w:tcPr>
            <w:tcW w:type="dxa" w:w="864"/>
          </w:tcPr>
          <w:p>
            <w:r>
              <w:t>0.090923</w:t>
            </w:r>
          </w:p>
        </w:tc>
        <w:tc>
          <w:tcPr>
            <w:tcW w:type="dxa" w:w="864"/>
          </w:tcPr>
          <w:p>
            <w:r>
              <w:t>0.694444</w:t>
            </w:r>
          </w:p>
        </w:tc>
        <w:tc>
          <w:tcPr>
            <w:tcW w:type="dxa" w:w="864"/>
          </w:tcPr>
          <w:p>
            <w:r>
              <w:t>['COL1', 'CRY2', 'FD', 'GI', 'LHY', 'PHYB']</w:t>
            </w:r>
          </w:p>
        </w:tc>
      </w:tr>
      <w:tr>
        <w:tc>
          <w:tcPr>
            <w:tcW w:type="dxa" w:w="864"/>
          </w:tcPr>
          <w:p>
            <w:r>
              <w:t>GO:0045893</w:t>
            </w:r>
          </w:p>
        </w:tc>
        <w:tc>
          <w:tcPr>
            <w:tcW w:type="dxa" w:w="864"/>
          </w:tcPr>
          <w:p>
            <w:r>
              <w:t>positive regulation of DNA-templated transcription</w:t>
            </w:r>
          </w:p>
        </w:tc>
        <w:tc>
          <w:tcPr>
            <w:tcW w:type="dxa" w:w="864"/>
          </w:tcPr>
          <w:p>
            <w:r>
              <w:t>biological_process</w:t>
            </w:r>
          </w:p>
        </w:tc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0.24</w:t>
            </w:r>
          </w:p>
        </w:tc>
        <w:tc>
          <w:tcPr>
            <w:tcW w:type="dxa" w:w="864"/>
          </w:tcPr>
          <w:p>
            <w:r>
              <w:t>0.166667</w:t>
            </w:r>
          </w:p>
        </w:tc>
        <w:tc>
          <w:tcPr>
            <w:tcW w:type="dxa" w:w="864"/>
          </w:tcPr>
          <w:p>
            <w:r>
              <w:t>0.090923</w:t>
            </w:r>
          </w:p>
        </w:tc>
        <w:tc>
          <w:tcPr>
            <w:tcW w:type="dxa" w:w="864"/>
          </w:tcPr>
          <w:p>
            <w:r>
              <w:t>0.694444</w:t>
            </w:r>
          </w:p>
        </w:tc>
        <w:tc>
          <w:tcPr>
            <w:tcW w:type="dxa" w:w="864"/>
          </w:tcPr>
          <w:p>
            <w:r>
              <w:t>['AGL24', 'AP1', 'CCA1', 'FD', 'SOC1', 'SPL3']</w:t>
            </w:r>
          </w:p>
        </w:tc>
      </w:tr>
      <w:tr>
        <w:tc>
          <w:tcPr>
            <w:tcW w:type="dxa" w:w="864"/>
          </w:tcPr>
          <w:p>
            <w:r>
              <w:t>GO:0006357</w:t>
            </w:r>
          </w:p>
        </w:tc>
        <w:tc>
          <w:tcPr>
            <w:tcW w:type="dxa" w:w="864"/>
          </w:tcPr>
          <w:p>
            <w:r>
              <w:t>regulation of transcription by RNA polymerase II</w:t>
            </w:r>
          </w:p>
        </w:tc>
        <w:tc>
          <w:tcPr>
            <w:tcW w:type="dxa" w:w="864"/>
          </w:tcPr>
          <w:p>
            <w:r>
              <w:t>biological_process</w:t>
            </w:r>
          </w:p>
        </w:tc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0.2</w:t>
            </w:r>
          </w:p>
        </w:tc>
        <w:tc>
          <w:tcPr>
            <w:tcW w:type="dxa" w:w="864"/>
          </w:tcPr>
          <w:p>
            <w:r>
              <w:t>0.138889</w:t>
            </w:r>
          </w:p>
        </w:tc>
        <w:tc>
          <w:tcPr>
            <w:tcW w:type="dxa" w:w="864"/>
          </w:tcPr>
          <w:p>
            <w:r>
              <w:t>0.140931</w:t>
            </w:r>
          </w:p>
        </w:tc>
        <w:tc>
          <w:tcPr>
            <w:tcW w:type="dxa" w:w="864"/>
          </w:tcPr>
          <w:p>
            <w:r>
              <w:t>0.694444</w:t>
            </w:r>
          </w:p>
        </w:tc>
        <w:tc>
          <w:tcPr>
            <w:tcW w:type="dxa" w:w="864"/>
          </w:tcPr>
          <w:p>
            <w:r>
              <w:t>['AGL24', 'AP1', 'FUL', 'SOC1', 'SVP']</w:t>
            </w:r>
          </w:p>
        </w:tc>
      </w:tr>
      <w:tr>
        <w:tc>
          <w:tcPr>
            <w:tcW w:type="dxa" w:w="864"/>
          </w:tcPr>
          <w:p>
            <w:r>
              <w:t>GO:0045944</w:t>
            </w:r>
          </w:p>
        </w:tc>
        <w:tc>
          <w:tcPr>
            <w:tcW w:type="dxa" w:w="864"/>
          </w:tcPr>
          <w:p>
            <w:r>
              <w:t>positive regulation of transcription by RNA polymerase II</w:t>
            </w:r>
          </w:p>
        </w:tc>
        <w:tc>
          <w:tcPr>
            <w:tcW w:type="dxa" w:w="864"/>
          </w:tcPr>
          <w:p>
            <w:r>
              <w:t>biological_process</w:t>
            </w:r>
          </w:p>
        </w:tc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0.2</w:t>
            </w:r>
          </w:p>
        </w:tc>
        <w:tc>
          <w:tcPr>
            <w:tcW w:type="dxa" w:w="864"/>
          </w:tcPr>
          <w:p>
            <w:r>
              <w:t>0.138889</w:t>
            </w:r>
          </w:p>
        </w:tc>
        <w:tc>
          <w:tcPr>
            <w:tcW w:type="dxa" w:w="864"/>
          </w:tcPr>
          <w:p>
            <w:r>
              <w:t>0.140931</w:t>
            </w:r>
          </w:p>
        </w:tc>
        <w:tc>
          <w:tcPr>
            <w:tcW w:type="dxa" w:w="864"/>
          </w:tcPr>
          <w:p>
            <w:r>
              <w:t>0.694444</w:t>
            </w:r>
          </w:p>
        </w:tc>
        <w:tc>
          <w:tcPr>
            <w:tcW w:type="dxa" w:w="864"/>
          </w:tcPr>
          <w:p>
            <w:r>
              <w:t>['AGL24', 'AP1', 'FUL', 'SOC1', 'SVP']</w:t>
            </w:r>
          </w:p>
        </w:tc>
      </w:tr>
      <w:tr>
        <w:tc>
          <w:tcPr>
            <w:tcW w:type="dxa" w:w="864"/>
          </w:tcPr>
          <w:p>
            <w:r>
              <w:t>GO:0009637</w:t>
            </w:r>
          </w:p>
        </w:tc>
        <w:tc>
          <w:tcPr>
            <w:tcW w:type="dxa" w:w="864"/>
          </w:tcPr>
          <w:p>
            <w:r>
              <w:t>response to blue light</w:t>
            </w:r>
          </w:p>
        </w:tc>
        <w:tc>
          <w:tcPr>
            <w:tcW w:type="dxa" w:w="864"/>
          </w:tcPr>
          <w:p>
            <w:r>
              <w:t>biological_process</w:t>
            </w:r>
          </w:p>
        </w:tc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0.2</w:t>
            </w:r>
          </w:p>
        </w:tc>
        <w:tc>
          <w:tcPr>
            <w:tcW w:type="dxa" w:w="864"/>
          </w:tcPr>
          <w:p>
            <w:r>
              <w:t>0.138889</w:t>
            </w:r>
          </w:p>
        </w:tc>
        <w:tc>
          <w:tcPr>
            <w:tcW w:type="dxa" w:w="864"/>
          </w:tcPr>
          <w:p>
            <w:r>
              <w:t>0.140931</w:t>
            </w:r>
          </w:p>
        </w:tc>
        <w:tc>
          <w:tcPr>
            <w:tcW w:type="dxa" w:w="864"/>
          </w:tcPr>
          <w:p>
            <w:r>
              <w:t>0.694444</w:t>
            </w:r>
          </w:p>
        </w:tc>
        <w:tc>
          <w:tcPr>
            <w:tcW w:type="dxa" w:w="864"/>
          </w:tcPr>
          <w:p>
            <w:r>
              <w:t>['CRY2', 'FKF1', 'GI', 'LHY', 'ZTL']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48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8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enrichment network</w:t>
      </w:r>
    </w:p>
    <w:p>
      <w:r>
        <w:drawing>
          <wp:inline xmlns:a="http://schemas.openxmlformats.org/drawingml/2006/main" xmlns:pic="http://schemas.openxmlformats.org/drawingml/2006/picture">
            <wp:extent cx="5400000" cy="383271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8327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term gene heatmap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Pathway enrichment — GO/KEGG/GSEA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scipy/gseapy 1.17.1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example_proteomics.csv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02:17:58.014941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https://cat-g-omxpert.wishartlab.com/pathway/results/by-token/fcbf2775619240969f9aed1551730c97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organism</w:t>
            </w:r>
          </w:p>
        </w:tc>
        <w:tc>
          <w:tcPr>
            <w:tcW w:type="dxa" w:w="4320"/>
          </w:tcPr>
          <w:p>
            <w:r>
              <w:t>arabidopsis</w:t>
            </w:r>
          </w:p>
        </w:tc>
      </w:tr>
      <w:tr>
        <w:tc>
          <w:tcPr>
            <w:tcW w:type="dxa" w:w="4320"/>
          </w:tcPr>
          <w:p>
            <w:r>
              <w:t>namespace</w:t>
            </w:r>
          </w:p>
        </w:tc>
        <w:tc>
          <w:tcPr>
            <w:tcW w:type="dxa" w:w="4320"/>
          </w:tcPr>
          <w:p>
            <w:r>
              <w:t>biological_process</w:t>
            </w:r>
          </w:p>
        </w:tc>
      </w:tr>
      <w:tr>
        <w:tc>
          <w:tcPr>
            <w:tcW w:type="dxa" w:w="4320"/>
          </w:tcPr>
          <w:p>
            <w:r>
              <w:t>min_gene_count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n_input_genes</w:t>
            </w:r>
          </w:p>
        </w:tc>
        <w:tc>
          <w:tcPr>
            <w:tcW w:type="dxa" w:w="4320"/>
          </w:tcPr>
          <w:p>
            <w:r>
              <w:t>25</w:t>
            </w:r>
          </w:p>
        </w:tc>
      </w:tr>
      <w:tr>
        <w:tc>
          <w:tcPr>
            <w:tcW w:type="dxa" w:w="4320"/>
          </w:tcPr>
          <w:p>
            <w:r>
              <w:t>fdr_threshold</w:t>
            </w:r>
          </w:p>
        </w:tc>
        <w:tc>
          <w:tcPr>
            <w:tcW w:type="dxa" w:w="4320"/>
          </w:tcPr>
          <w:p>
            <w:r>
              <w:t>0.05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# GO/KEGG enrichment: hypergeometric test per term</w:t>
      </w:r>
    </w:p>
    <w:p>
      <w:r>
        <w:rPr>
          <w:rFonts w:ascii="Courier New" w:hAnsi="Courier New"/>
        </w:rPr>
        <w:t># python</w:t>
        <w:br/>
        <w:t>from scipy.stats import hypergeom</w:t>
      </w:r>
    </w:p>
    <w:p>
      <w:r>
        <w:rPr>
          <w:rFonts w:ascii="Courier New" w:hAnsi="Courier New"/>
        </w:rPr>
        <w:t># python</w:t>
        <w:br/>
        <w:t>p = hypergeom.sf(k - 1, N_background, K_term, n_input)</w:t>
      </w:r>
    </w:p>
    <w:p>
      <w:r>
        <w:rPr>
          <w:rFonts w:ascii="Courier New" w:hAnsi="Courier New"/>
        </w:rPr>
        <w:t># python</w:t>
        <w:br/>
        <w:t>fdr = statsmodels.stats.multitest.multipletests(p_values, method='fdr_bh')</w:t>
      </w:r>
    </w:p>
    <w:p>
      <w:r>
        <w:rPr>
          <w:rFonts w:ascii="Courier New" w:hAnsi="Courier New"/>
        </w:rPr>
        <w:t># python</w:t>
        <w:br/>
        <w:t># GSEA: gseapy.prerank(rnk=ranked_genes, gene_sets=gmt, seed=seed)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