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Multiomics Result Result #90 — Analysis Report</w:t>
      </w:r>
    </w:p>
    <w:p>
      <w:r>
        <w:t>Generated 2026-09-21 02:39:17 · 1 run(s) · CAT-G Data Analyzer</w:t>
      </w:r>
    </w:p>
    <w:p>
      <w:pPr>
        <w:pStyle w:val="Heading2"/>
      </w:pPr>
      <w:r>
        <w:t>1. snf (#90)</w:t>
      </w:r>
    </w:p>
    <w:p>
      <w:r>
        <w:t>2026-09-21 02:18:32 · multiomics_result · status: completed</w:t>
      </w:r>
    </w:p>
    <w:p>
      <w:r>
        <w:rPr>
          <w:i/>
        </w:rPr>
        <w:t>SNF fused the views into 3 sample clusters.</w:t>
      </w:r>
    </w:p>
    <w:p>
      <w:pPr>
        <w:pStyle w:val="Heading3"/>
      </w:pPr>
      <w:r>
        <w:t>snf cluster sizes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Cluster</w:t>
            </w:r>
          </w:p>
        </w:tc>
        <w:tc>
          <w:tcPr>
            <w:tcW w:type="dxa" w:w="4320"/>
          </w:tcPr>
          <w:p>
            <w:r>
              <w:t>Samples</w:t>
            </w:r>
          </w:p>
        </w:tc>
      </w:tr>
      <w:tr>
        <w:tc>
          <w:tcPr>
            <w:tcW w:type="dxa" w:w="4320"/>
          </w:tcPr>
          <w:p>
            <w:r>
              <w:t>0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2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97752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9775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snf network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Multi-omics — Similarity Network Fusion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snfpy + scikit-learn (spectral clustering)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example_metabolomics.csv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02:18:32.756378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https://cat-g-omxpert.wishartlab.com/multiomics/results/by-token/c8e4d8c8f32e4a5a927692fe03422ae9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dataset_ids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pipeline_type</w:t>
            </w:r>
          </w:p>
        </w:tc>
        <w:tc>
          <w:tcPr>
            <w:tcW w:type="dxa" w:w="4320"/>
          </w:tcPr>
          <w:p>
            <w:r>
              <w:t>snf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import snf</w:t>
      </w:r>
    </w:p>
    <w:p>
      <w:r>
        <w:rPr>
          <w:rFonts w:ascii="Courier New" w:hAnsi="Courier New"/>
        </w:rPr>
        <w:t># python</w:t>
        <w:br/>
        <w:t>fused = snf.snf(affinity_matrices)</w:t>
      </w:r>
    </w:p>
    <w:p>
      <w:r>
        <w:rPr>
          <w:rFonts w:ascii="Courier New" w:hAnsi="Courier New"/>
        </w:rPr>
        <w:t># python</w:t>
        <w:br/>
        <w:t>labels = sklearn.cluster.SpectralClustering(n_clusters=3).fit_predict(fused)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