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Multiomics Result Result #89 — Analysis Report</w:t>
      </w:r>
    </w:p>
    <w:p>
      <w:r>
        <w:t>Generated 2026-09-21 02:39:15 · 1 run(s) · CAT-G Data Analyzer</w:t>
      </w:r>
    </w:p>
    <w:p>
      <w:pPr>
        <w:pStyle w:val="Heading2"/>
      </w:pPr>
      <w:r>
        <w:t>1. nmf (#89)</w:t>
      </w:r>
    </w:p>
    <w:p>
      <w:r>
        <w:t>2026-09-21 02:18:28 · multiomics_result · status: completed</w:t>
      </w:r>
    </w:p>
    <w:p>
      <w:r>
        <w:rPr>
          <w:i/>
        </w:rPr>
        <w:t>NMF decomposed the integrated matrix into latent factors.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reconstruction_error</w:t>
            </w:r>
          </w:p>
        </w:tc>
        <w:tc>
          <w:tcPr>
            <w:tcW w:type="dxa" w:w="4320"/>
          </w:tcPr>
          <w:p>
            <w:r>
              <w:t>12381233.822941</w:t>
            </w:r>
          </w:p>
        </w:tc>
      </w:tr>
    </w:tbl>
    <w:p>
      <w:pPr>
        <w:pStyle w:val="Heading3"/>
      </w:pPr>
      <w:r>
        <w:t>nmf top features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Component</w:t>
            </w:r>
          </w:p>
        </w:tc>
        <w:tc>
          <w:tcPr>
            <w:tcW w:type="dxa" w:w="2880"/>
          </w:tcPr>
          <w:p>
            <w:r>
              <w:t>Feature</w:t>
            </w:r>
          </w:p>
        </w:tc>
        <w:tc>
          <w:tcPr>
            <w:tcW w:type="dxa" w:w="2880"/>
          </w:tcPr>
          <w:p>
            <w:r>
              <w:t>Weight</w:t>
            </w:r>
          </w:p>
        </w:tc>
      </w:tr>
      <w:tr>
        <w:tc>
          <w:tcPr>
            <w:tcW w:type="dxa" w:w="2880"/>
          </w:tcPr>
          <w:p>
            <w:r>
              <w:t>Component 1</w:t>
            </w:r>
          </w:p>
        </w:tc>
        <w:tc>
          <w:tcPr>
            <w:tcW w:type="dxa" w:w="2880"/>
          </w:tcPr>
          <w:p>
            <w:r>
              <w:t>Threonine</w:t>
            </w:r>
          </w:p>
        </w:tc>
        <w:tc>
          <w:tcPr>
            <w:tcW w:type="dxa" w:w="2880"/>
          </w:tcPr>
          <w:p>
            <w:r>
              <w:t>6562.082156</w:t>
            </w:r>
          </w:p>
        </w:tc>
      </w:tr>
      <w:tr>
        <w:tc>
          <w:tcPr>
            <w:tcW w:type="dxa" w:w="2880"/>
          </w:tcPr>
          <w:p>
            <w:r>
              <w:t>Component 1</w:t>
            </w:r>
          </w:p>
        </w:tc>
        <w:tc>
          <w:tcPr>
            <w:tcW w:type="dxa" w:w="2880"/>
          </w:tcPr>
          <w:p>
            <w:r>
              <w:t>Tryptophan</w:t>
            </w:r>
          </w:p>
        </w:tc>
        <w:tc>
          <w:tcPr>
            <w:tcW w:type="dxa" w:w="2880"/>
          </w:tcPr>
          <w:p>
            <w:r>
              <w:t>5457.500878</w:t>
            </w:r>
          </w:p>
        </w:tc>
      </w:tr>
      <w:tr>
        <w:tc>
          <w:tcPr>
            <w:tcW w:type="dxa" w:w="2880"/>
          </w:tcPr>
          <w:p>
            <w:r>
              <w:t>Component 1</w:t>
            </w:r>
          </w:p>
        </w:tc>
        <w:tc>
          <w:tcPr>
            <w:tcW w:type="dxa" w:w="2880"/>
          </w:tcPr>
          <w:p>
            <w:r>
              <w:t>Glycine</w:t>
            </w:r>
          </w:p>
        </w:tc>
        <w:tc>
          <w:tcPr>
            <w:tcW w:type="dxa" w:w="2880"/>
          </w:tcPr>
          <w:p>
            <w:r>
              <w:t>5344.563369</w:t>
            </w:r>
          </w:p>
        </w:tc>
      </w:tr>
      <w:tr>
        <w:tc>
          <w:tcPr>
            <w:tcW w:type="dxa" w:w="2880"/>
          </w:tcPr>
          <w:p>
            <w:r>
              <w:t>Component 1</w:t>
            </w:r>
          </w:p>
        </w:tc>
        <w:tc>
          <w:tcPr>
            <w:tcW w:type="dxa" w:w="2880"/>
          </w:tcPr>
          <w:p>
            <w:r>
              <w:t>Valine</w:t>
            </w:r>
          </w:p>
        </w:tc>
        <w:tc>
          <w:tcPr>
            <w:tcW w:type="dxa" w:w="2880"/>
          </w:tcPr>
          <w:p>
            <w:r>
              <w:t>5181.768061</w:t>
            </w:r>
          </w:p>
        </w:tc>
      </w:tr>
      <w:tr>
        <w:tc>
          <w:tcPr>
            <w:tcW w:type="dxa" w:w="2880"/>
          </w:tcPr>
          <w:p>
            <w:r>
              <w:t>Component 1</w:t>
            </w:r>
          </w:p>
        </w:tc>
        <w:tc>
          <w:tcPr>
            <w:tcW w:type="dxa" w:w="2880"/>
          </w:tcPr>
          <w:p>
            <w:r>
              <w:t>Phenylalanine</w:t>
            </w:r>
          </w:p>
        </w:tc>
        <w:tc>
          <w:tcPr>
            <w:tcW w:type="dxa" w:w="2880"/>
          </w:tcPr>
          <w:p>
            <w:r>
              <w:t>4138.363356</w:t>
            </w:r>
          </w:p>
        </w:tc>
      </w:tr>
      <w:tr>
        <w:tc>
          <w:tcPr>
            <w:tcW w:type="dxa" w:w="2880"/>
          </w:tcPr>
          <w:p>
            <w:r>
              <w:t>Component 1</w:t>
            </w:r>
          </w:p>
        </w:tc>
        <w:tc>
          <w:tcPr>
            <w:tcW w:type="dxa" w:w="2880"/>
          </w:tcPr>
          <w:p>
            <w:r>
              <w:t>Serine</w:t>
            </w:r>
          </w:p>
        </w:tc>
        <w:tc>
          <w:tcPr>
            <w:tcW w:type="dxa" w:w="2880"/>
          </w:tcPr>
          <w:p>
            <w:r>
              <w:t>739.267238</w:t>
            </w:r>
          </w:p>
        </w:tc>
      </w:tr>
      <w:tr>
        <w:tc>
          <w:tcPr>
            <w:tcW w:type="dxa" w:w="2880"/>
          </w:tcPr>
          <w:p>
            <w:r>
              <w:t>Component 1</w:t>
            </w:r>
          </w:p>
        </w:tc>
        <w:tc>
          <w:tcPr>
            <w:tcW w:type="dxa" w:w="2880"/>
          </w:tcPr>
          <w:p>
            <w:r>
              <w:t>Proline</w:t>
            </w:r>
          </w:p>
        </w:tc>
        <w:tc>
          <w:tcPr>
            <w:tcW w:type="dxa" w:w="2880"/>
          </w:tcPr>
          <w:p>
            <w:r>
              <w:t>490.375805</w:t>
            </w:r>
          </w:p>
        </w:tc>
      </w:tr>
      <w:tr>
        <w:tc>
          <w:tcPr>
            <w:tcW w:type="dxa" w:w="2880"/>
          </w:tcPr>
          <w:p>
            <w:r>
              <w:t>Component 1</w:t>
            </w:r>
          </w:p>
        </w:tc>
        <w:tc>
          <w:tcPr>
            <w:tcW w:type="dxa" w:w="2880"/>
          </w:tcPr>
          <w:p>
            <w:r>
              <w:t>Alanine</w:t>
            </w:r>
          </w:p>
        </w:tc>
        <w:tc>
          <w:tcPr>
            <w:tcW w:type="dxa" w:w="2880"/>
          </w:tcPr>
          <w:p>
            <w:r>
              <w:t>63.395161</w:t>
            </w:r>
          </w:p>
        </w:tc>
      </w:tr>
      <w:tr>
        <w:tc>
          <w:tcPr>
            <w:tcW w:type="dxa" w:w="2880"/>
          </w:tcPr>
          <w:p>
            <w:r>
              <w:t>Component 1</w:t>
            </w:r>
          </w:p>
        </w:tc>
        <w:tc>
          <w:tcPr>
            <w:tcW w:type="dxa" w:w="2880"/>
          </w:tcPr>
          <w:p>
            <w:r>
              <w:t>Protein_H08</w:t>
            </w:r>
          </w:p>
        </w:tc>
        <w:tc>
          <w:tcPr>
            <w:tcW w:type="dxa" w:w="2880"/>
          </w:tcPr>
          <w:p>
            <w:r>
              <w:t>0.220272</w:t>
            </w:r>
          </w:p>
        </w:tc>
      </w:tr>
      <w:tr>
        <w:tc>
          <w:tcPr>
            <w:tcW w:type="dxa" w:w="2880"/>
          </w:tcPr>
          <w:p>
            <w:r>
              <w:t>Component 1</w:t>
            </w:r>
          </w:p>
        </w:tc>
        <w:tc>
          <w:tcPr>
            <w:tcW w:type="dxa" w:w="2880"/>
          </w:tcPr>
          <w:p>
            <w:r>
              <w:t>Protein_J10</w:t>
            </w:r>
          </w:p>
        </w:tc>
        <w:tc>
          <w:tcPr>
            <w:tcW w:type="dxa" w:w="2880"/>
          </w:tcPr>
          <w:p>
            <w:r>
              <w:t>0.097666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67078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707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nmf h heatmap</w:t>
      </w:r>
    </w:p>
    <w:p>
      <w:r>
        <w:drawing>
          <wp:inline xmlns:a="http://schemas.openxmlformats.org/drawingml/2006/main" xmlns:pic="http://schemas.openxmlformats.org/drawingml/2006/picture">
            <wp:extent cx="5400000" cy="59410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410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nmf w heatmap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Multi-omics — NMF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 (NMF)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example_metabolomics.csv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02:18:28.760895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https://cat-g-omxpert.wishartlab.com/multiomics/results/by-token/3921b1b7149041ad9892a294bbabf931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dataset_ids</w:t>
            </w:r>
          </w:p>
        </w:tc>
        <w:tc>
          <w:tcPr>
            <w:tcW w:type="dxa" w:w="4320"/>
          </w:tcPr>
          <w:p>
            <w:r>
              <w:t>—</w:t>
            </w:r>
          </w:p>
        </w:tc>
      </w:tr>
      <w:tr>
        <w:tc>
          <w:tcPr>
            <w:tcW w:type="dxa" w:w="4320"/>
          </w:tcPr>
          <w:p>
            <w:r>
              <w:t>pipeline_type</w:t>
            </w:r>
          </w:p>
        </w:tc>
        <w:tc>
          <w:tcPr>
            <w:tcW w:type="dxa" w:w="4320"/>
          </w:tcPr>
          <w:p>
            <w:r>
              <w:t>nmf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sklearn.decomposition import NMF</w:t>
      </w:r>
    </w:p>
    <w:p>
      <w:r>
        <w:rPr>
          <w:rFonts w:ascii="Courier New" w:hAnsi="Courier New"/>
        </w:rPr>
        <w:t># python</w:t>
        <w:br/>
        <w:t>W = NMF(n_components=3).fit_transform(X)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