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Random Forest Result #149 — Analysis Report</w:t>
      </w:r>
    </w:p>
    <w:p>
      <w:r>
        <w:t>Generated 2026-09-21 02:37:52 · 1 run(s) · CAT-G Data Analyzer</w:t>
      </w:r>
    </w:p>
    <w:p>
      <w:pPr>
        <w:pStyle w:val="Heading2"/>
      </w:pPr>
      <w:r>
        <w:t>1. random forest (#149)</w:t>
      </w:r>
    </w:p>
    <w:p>
      <w:r>
        <w:t>2026-09-21 02:16:12 · random_forest · status: completed</w:t>
      </w:r>
    </w:p>
    <w:p>
      <w:r>
        <w:rPr>
          <w:i/>
        </w:rPr>
        <w:t>The model explains 0.0% of the variance in the target — worse than simply predicting the mean; treat predictions as unreliable.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r2_mean</w:t>
            </w:r>
          </w:p>
        </w:tc>
        <w:tc>
          <w:tcPr>
            <w:tcW w:type="dxa" w:w="4320"/>
          </w:tcPr>
          <w:p>
            <w:r>
              <w:t>-0.127684</w:t>
            </w:r>
          </w:p>
        </w:tc>
      </w:tr>
      <w:tr>
        <w:tc>
          <w:tcPr>
            <w:tcW w:type="dxa" w:w="4320"/>
          </w:tcPr>
          <w:p>
            <w:r>
              <w:t>r2_std</w:t>
            </w:r>
          </w:p>
        </w:tc>
        <w:tc>
          <w:tcPr>
            <w:tcW w:type="dxa" w:w="4320"/>
          </w:tcPr>
          <w:p>
            <w:r>
              <w:t>0.430563</w:t>
            </w:r>
          </w:p>
        </w:tc>
      </w:tr>
      <w:tr>
        <w:tc>
          <w:tcPr>
            <w:tcW w:type="dxa" w:w="4320"/>
          </w:tcPr>
          <w:p>
            <w:r>
              <w:t>mse_mean</w:t>
            </w:r>
          </w:p>
        </w:tc>
        <w:tc>
          <w:tcPr>
            <w:tcW w:type="dxa" w:w="4320"/>
          </w:tcPr>
          <w:p>
            <w:r>
              <w:t>3.420748</w:t>
            </w:r>
          </w:p>
        </w:tc>
      </w:tr>
      <w:tr>
        <w:tc>
          <w:tcPr>
            <w:tcW w:type="dxa" w:w="4320"/>
          </w:tcPr>
          <w:p>
            <w:r>
              <w:t>mse_std</w:t>
            </w:r>
          </w:p>
        </w:tc>
        <w:tc>
          <w:tcPr>
            <w:tcW w:type="dxa" w:w="4320"/>
          </w:tcPr>
          <w:p>
            <w:r>
              <w:t>0.823789</w:t>
            </w:r>
          </w:p>
        </w:tc>
      </w:tr>
    </w:tbl>
    <w:p>
      <w:pPr>
        <w:pStyle w:val="Heading3"/>
      </w:pPr>
      <w:r>
        <w:t>permutation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name</w:t>
            </w:r>
          </w:p>
        </w:tc>
        <w:tc>
          <w:tcPr>
            <w:tcW w:type="dxa" w:w="2880"/>
          </w:tcPr>
          <w:p>
            <w:r>
              <w:t>mean</w:t>
            </w:r>
          </w:p>
        </w:tc>
        <w:tc>
          <w:tcPr>
            <w:tcW w:type="dxa" w:w="2880"/>
          </w:tcPr>
          <w:p>
            <w:r>
              <w:t>std</w:t>
            </w:r>
          </w:p>
        </w:tc>
      </w:tr>
      <w:tr>
        <w:tc>
          <w:tcPr>
            <w:tcW w:type="dxa" w:w="2880"/>
          </w:tcPr>
          <w:p>
            <w:r>
              <w:t>PLOT</w:t>
            </w:r>
          </w:p>
        </w:tc>
        <w:tc>
          <w:tcPr>
            <w:tcW w:type="dxa" w:w="2880"/>
          </w:tcPr>
          <w:p>
            <w:r>
              <w:t>0.016337</w:t>
            </w:r>
          </w:p>
        </w:tc>
        <w:tc>
          <w:tcPr>
            <w:tcW w:type="dxa" w:w="2880"/>
          </w:tcPr>
          <w:p>
            <w:r>
              <w:t>0.003928</w:t>
            </w:r>
          </w:p>
        </w:tc>
      </w:tr>
      <w:tr>
        <w:tc>
          <w:tcPr>
            <w:tcW w:type="dxa" w:w="2880"/>
          </w:tcPr>
          <w:p>
            <w:r>
              <w:t>ENV_SOILNH4</w:t>
            </w:r>
          </w:p>
        </w:tc>
        <w:tc>
          <w:tcPr>
            <w:tcW w:type="dxa" w:w="2880"/>
          </w:tcPr>
          <w:p>
            <w:r>
              <w:t>0.004143</w:t>
            </w:r>
          </w:p>
        </w:tc>
        <w:tc>
          <w:tcPr>
            <w:tcW w:type="dxa" w:w="2880"/>
          </w:tcPr>
          <w:p>
            <w:r>
              <w:t>0.002695</w:t>
            </w:r>
          </w:p>
        </w:tc>
      </w:tr>
      <w:tr>
        <w:tc>
          <w:tcPr>
            <w:tcW w:type="dxa" w:w="2880"/>
          </w:tcPr>
          <w:p>
            <w:r>
              <w:t>ENV_SOILNO3</w:t>
            </w:r>
          </w:p>
        </w:tc>
        <w:tc>
          <w:tcPr>
            <w:tcW w:type="dxa" w:w="2880"/>
          </w:tcPr>
          <w:p>
            <w:r>
              <w:t>0.007993</w:t>
            </w:r>
          </w:p>
        </w:tc>
        <w:tc>
          <w:tcPr>
            <w:tcW w:type="dxa" w:w="2880"/>
          </w:tcPr>
          <w:p>
            <w:r>
              <w:t>0.006056</w:t>
            </w:r>
          </w:p>
        </w:tc>
      </w:tr>
      <w:tr>
        <w:tc>
          <w:tcPr>
            <w:tcW w:type="dxa" w:w="2880"/>
          </w:tcPr>
          <w:p>
            <w:r>
              <w:t>ENV_SOILP</w:t>
            </w:r>
          </w:p>
        </w:tc>
        <w:tc>
          <w:tcPr>
            <w:tcW w:type="dxa" w:w="2880"/>
          </w:tcPr>
          <w:p>
            <w:r>
              <w:t>0.002755</w:t>
            </w:r>
          </w:p>
        </w:tc>
        <w:tc>
          <w:tcPr>
            <w:tcW w:type="dxa" w:w="2880"/>
          </w:tcPr>
          <w:p>
            <w:r>
              <w:t>0.00336</w:t>
            </w:r>
          </w:p>
        </w:tc>
      </w:tr>
      <w:tr>
        <w:tc>
          <w:tcPr>
            <w:tcW w:type="dxa" w:w="2880"/>
          </w:tcPr>
          <w:p>
            <w:r>
              <w:t>ENV_SOILOC</w:t>
            </w:r>
          </w:p>
        </w:tc>
        <w:tc>
          <w:tcPr>
            <w:tcW w:type="dxa" w:w="2880"/>
          </w:tcPr>
          <w:p>
            <w:r>
              <w:t>-0.005316</w:t>
            </w:r>
          </w:p>
        </w:tc>
        <w:tc>
          <w:tcPr>
            <w:tcW w:type="dxa" w:w="2880"/>
          </w:tcPr>
          <w:p>
            <w:r>
              <w:t>0.003437</w:t>
            </w:r>
          </w:p>
        </w:tc>
      </w:tr>
      <w:tr>
        <w:tc>
          <w:tcPr>
            <w:tcW w:type="dxa" w:w="2880"/>
          </w:tcPr>
          <w:p>
            <w:r>
              <w:t>ENV_SOILTN</w:t>
            </w:r>
          </w:p>
        </w:tc>
        <w:tc>
          <w:tcPr>
            <w:tcW w:type="dxa" w:w="2880"/>
          </w:tcPr>
          <w:p>
            <w:r>
              <w:t>-0.000658</w:t>
            </w:r>
          </w:p>
        </w:tc>
        <w:tc>
          <w:tcPr>
            <w:tcW w:type="dxa" w:w="2880"/>
          </w:tcPr>
          <w:p>
            <w:r>
              <w:t>0.003885</w:t>
            </w:r>
          </w:p>
        </w:tc>
      </w:tr>
      <w:tr>
        <w:tc>
          <w:tcPr>
            <w:tcW w:type="dxa" w:w="2880"/>
          </w:tcPr>
          <w:p>
            <w:r>
              <w:t>ENV_SOILTC</w:t>
            </w:r>
          </w:p>
        </w:tc>
        <w:tc>
          <w:tcPr>
            <w:tcW w:type="dxa" w:w="2880"/>
          </w:tcPr>
          <w:p>
            <w:r>
              <w:t>-0.005923</w:t>
            </w:r>
          </w:p>
        </w:tc>
        <w:tc>
          <w:tcPr>
            <w:tcW w:type="dxa" w:w="2880"/>
          </w:tcPr>
          <w:p>
            <w:r>
              <w:t>0.008819</w:t>
            </w:r>
          </w:p>
        </w:tc>
      </w:tr>
      <w:tr>
        <w:tc>
          <w:tcPr>
            <w:tcW w:type="dxa" w:w="2880"/>
          </w:tcPr>
          <w:p>
            <w:r>
              <w:t>ENV_PH</w:t>
            </w:r>
          </w:p>
        </w:tc>
        <w:tc>
          <w:tcPr>
            <w:tcW w:type="dxa" w:w="2880"/>
          </w:tcPr>
          <w:p>
            <w:r>
              <w:t>0.00459</w:t>
            </w:r>
          </w:p>
        </w:tc>
        <w:tc>
          <w:tcPr>
            <w:tcW w:type="dxa" w:w="2880"/>
          </w:tcPr>
          <w:p>
            <w:r>
              <w:t>0.008166</w:t>
            </w:r>
          </w:p>
        </w:tc>
      </w:tr>
      <w:tr>
        <w:tc>
          <w:tcPr>
            <w:tcW w:type="dxa" w:w="2880"/>
          </w:tcPr>
          <w:p>
            <w:r>
              <w:t>ENV_SOILCLAY</w:t>
            </w:r>
          </w:p>
        </w:tc>
        <w:tc>
          <w:tcPr>
            <w:tcW w:type="dxa" w:w="2880"/>
          </w:tcPr>
          <w:p>
            <w:r>
              <w:t>0.028921</w:t>
            </w:r>
          </w:p>
        </w:tc>
        <w:tc>
          <w:tcPr>
            <w:tcW w:type="dxa" w:w="2880"/>
          </w:tcPr>
          <w:p>
            <w:r>
              <w:t>0.009043</w:t>
            </w:r>
          </w:p>
        </w:tc>
      </w:tr>
      <w:tr>
        <w:tc>
          <w:tcPr>
            <w:tcW w:type="dxa" w:w="2880"/>
          </w:tcPr>
          <w:p>
            <w:r>
              <w:t>ENV_SOILSILT</w:t>
            </w:r>
          </w:p>
        </w:tc>
        <w:tc>
          <w:tcPr>
            <w:tcW w:type="dxa" w:w="2880"/>
          </w:tcPr>
          <w:p>
            <w:r>
              <w:t>-0.003407</w:t>
            </w:r>
          </w:p>
        </w:tc>
        <w:tc>
          <w:tcPr>
            <w:tcW w:type="dxa" w:w="2880"/>
          </w:tcPr>
          <w:p>
            <w:r>
              <w:t>0.006026</w:t>
            </w:r>
          </w:p>
        </w:tc>
      </w:tr>
    </w:tbl>
    <w:p>
      <w:pPr>
        <w:pStyle w:val="Heading3"/>
      </w:pPr>
      <w:r>
        <w:t>shap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mean_abs</w:t>
            </w:r>
          </w:p>
        </w:tc>
      </w:tr>
      <w:tr>
        <w:tc>
          <w:tcPr>
            <w:tcW w:type="dxa" w:w="4320"/>
          </w:tcPr>
          <w:p>
            <w:r>
              <w:t>PLOT</w:t>
            </w:r>
          </w:p>
        </w:tc>
        <w:tc>
          <w:tcPr>
            <w:tcW w:type="dxa" w:w="4320"/>
          </w:tcPr>
          <w:p>
            <w:r>
              <w:t>0.070773</w:t>
            </w:r>
          </w:p>
        </w:tc>
      </w:tr>
      <w:tr>
        <w:tc>
          <w:tcPr>
            <w:tcW w:type="dxa" w:w="4320"/>
          </w:tcPr>
          <w:p>
            <w:r>
              <w:t>ENV_SOILNH4</w:t>
            </w:r>
          </w:p>
        </w:tc>
        <w:tc>
          <w:tcPr>
            <w:tcW w:type="dxa" w:w="4320"/>
          </w:tcPr>
          <w:p>
            <w:r>
              <w:t>0.019476</w:t>
            </w:r>
          </w:p>
        </w:tc>
      </w:tr>
      <w:tr>
        <w:tc>
          <w:tcPr>
            <w:tcW w:type="dxa" w:w="4320"/>
          </w:tcPr>
          <w:p>
            <w:r>
              <w:t>ENV_SOILNO3</w:t>
            </w:r>
          </w:p>
        </w:tc>
        <w:tc>
          <w:tcPr>
            <w:tcW w:type="dxa" w:w="4320"/>
          </w:tcPr>
          <w:p>
            <w:r>
              <w:t>0.028227</w:t>
            </w:r>
          </w:p>
        </w:tc>
      </w:tr>
      <w:tr>
        <w:tc>
          <w:tcPr>
            <w:tcW w:type="dxa" w:w="4320"/>
          </w:tcPr>
          <w:p>
            <w:r>
              <w:t>ENV_SOILP</w:t>
            </w:r>
          </w:p>
        </w:tc>
        <w:tc>
          <w:tcPr>
            <w:tcW w:type="dxa" w:w="4320"/>
          </w:tcPr>
          <w:p>
            <w:r>
              <w:t>0.020736</w:t>
            </w:r>
          </w:p>
        </w:tc>
      </w:tr>
      <w:tr>
        <w:tc>
          <w:tcPr>
            <w:tcW w:type="dxa" w:w="4320"/>
          </w:tcPr>
          <w:p>
            <w:r>
              <w:t>ENV_SOILOC</w:t>
            </w:r>
          </w:p>
        </w:tc>
        <w:tc>
          <w:tcPr>
            <w:tcW w:type="dxa" w:w="4320"/>
          </w:tcPr>
          <w:p>
            <w:r>
              <w:t>0.004994</w:t>
            </w:r>
          </w:p>
        </w:tc>
      </w:tr>
      <w:tr>
        <w:tc>
          <w:tcPr>
            <w:tcW w:type="dxa" w:w="4320"/>
          </w:tcPr>
          <w:p>
            <w:r>
              <w:t>ENV_SOILTN</w:t>
            </w:r>
          </w:p>
        </w:tc>
        <w:tc>
          <w:tcPr>
            <w:tcW w:type="dxa" w:w="4320"/>
          </w:tcPr>
          <w:p>
            <w:r>
              <w:t>0.003569</w:t>
            </w:r>
          </w:p>
        </w:tc>
      </w:tr>
      <w:tr>
        <w:tc>
          <w:tcPr>
            <w:tcW w:type="dxa" w:w="4320"/>
          </w:tcPr>
          <w:p>
            <w:r>
              <w:t>ENV_SOILTC</w:t>
            </w:r>
          </w:p>
        </w:tc>
        <w:tc>
          <w:tcPr>
            <w:tcW w:type="dxa" w:w="4320"/>
          </w:tcPr>
          <w:p>
            <w:r>
              <w:t>0.005338</w:t>
            </w:r>
          </w:p>
        </w:tc>
      </w:tr>
      <w:tr>
        <w:tc>
          <w:tcPr>
            <w:tcW w:type="dxa" w:w="4320"/>
          </w:tcPr>
          <w:p>
            <w:r>
              <w:t>ENV_PH</w:t>
            </w:r>
          </w:p>
        </w:tc>
        <w:tc>
          <w:tcPr>
            <w:tcW w:type="dxa" w:w="4320"/>
          </w:tcPr>
          <w:p>
            <w:r>
              <w:t>0.026288</w:t>
            </w:r>
          </w:p>
        </w:tc>
      </w:tr>
      <w:tr>
        <w:tc>
          <w:tcPr>
            <w:tcW w:type="dxa" w:w="4320"/>
          </w:tcPr>
          <w:p>
            <w:r>
              <w:t>ENV_SOILCLAY</w:t>
            </w:r>
          </w:p>
        </w:tc>
        <w:tc>
          <w:tcPr>
            <w:tcW w:type="dxa" w:w="4320"/>
          </w:tcPr>
          <w:p>
            <w:r>
              <w:t>0.100922</w:t>
            </w:r>
          </w:p>
        </w:tc>
      </w:tr>
      <w:tr>
        <w:tc>
          <w:tcPr>
            <w:tcW w:type="dxa" w:w="4320"/>
          </w:tcPr>
          <w:p>
            <w:r>
              <w:t>ENV_SOILSILT</w:t>
            </w:r>
          </w:p>
        </w:tc>
        <w:tc>
          <w:tcPr>
            <w:tcW w:type="dxa" w:w="4320"/>
          </w:tcPr>
          <w:p>
            <w:r>
              <w:t>0.044507</w:t>
            </w:r>
          </w:p>
        </w:tc>
      </w:tr>
    </w:tbl>
    <w:p>
      <w:pPr>
        <w:pStyle w:val="Heading3"/>
      </w:pPr>
      <w:r>
        <w:t>split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r2</w:t>
            </w:r>
          </w:p>
        </w:tc>
        <w:tc>
          <w:tcPr>
            <w:tcW w:type="dxa" w:w="4320"/>
          </w:tcPr>
          <w:p>
            <w:r>
              <w:t>mse</w:t>
            </w:r>
          </w:p>
        </w:tc>
      </w:tr>
      <w:tr>
        <w:tc>
          <w:tcPr>
            <w:tcW w:type="dxa" w:w="4320"/>
          </w:tcPr>
          <w:p>
            <w:r>
              <w:t>-0.732183</w:t>
            </w:r>
          </w:p>
        </w:tc>
        <w:tc>
          <w:tcPr>
            <w:tcW w:type="dxa" w:w="4320"/>
          </w:tcPr>
          <w:p>
            <w:r>
              <w:t>3.698357</w:t>
            </w:r>
          </w:p>
        </w:tc>
      </w:tr>
      <w:tr>
        <w:tc>
          <w:tcPr>
            <w:tcW w:type="dxa" w:w="4320"/>
          </w:tcPr>
          <w:p>
            <w:r>
              <w:t>0.111214</w:t>
            </w:r>
          </w:p>
        </w:tc>
        <w:tc>
          <w:tcPr>
            <w:tcW w:type="dxa" w:w="4320"/>
          </w:tcPr>
          <w:p>
            <w:r>
              <w:t>4.261812</w:t>
            </w:r>
          </w:p>
        </w:tc>
      </w:tr>
      <w:tr>
        <w:tc>
          <w:tcPr>
            <w:tcW w:type="dxa" w:w="4320"/>
          </w:tcPr>
          <w:p>
            <w:r>
              <w:t>0.237916</w:t>
            </w:r>
          </w:p>
        </w:tc>
        <w:tc>
          <w:tcPr>
            <w:tcW w:type="dxa" w:w="4320"/>
          </w:tcPr>
          <w:p>
            <w:r>
              <w:t>2.302074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694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69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importance bar</w:t>
      </w:r>
    </w:p>
    <w:p>
      <w:r>
        <w:drawing>
          <wp:inline xmlns:a="http://schemas.openxmlformats.org/drawingml/2006/main" xmlns:pic="http://schemas.openxmlformats.org/drawingml/2006/picture">
            <wp:extent cx="5400000" cy="356949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69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permutation bar</w:t>
      </w:r>
    </w:p>
    <w:p>
      <w:r>
        <w:drawing>
          <wp:inline xmlns:a="http://schemas.openxmlformats.org/drawingml/2006/main" xmlns:pic="http://schemas.openxmlformats.org/drawingml/2006/picture">
            <wp:extent cx="5400000" cy="356949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69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shap summary</w:t>
      </w:r>
    </w:p>
    <w:p>
      <w:r>
        <w:drawing>
          <wp:inline xmlns:a="http://schemas.openxmlformats.org/drawingml/2006/main" xmlns:pic="http://schemas.openxmlformats.org/drawingml/2006/picture">
            <wp:extent cx="5400000" cy="430594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3059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pred vs obs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cv boxplot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Random Forest (Regression)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catg_example_08_woody_encroachment.csv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02:16:12.854253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https://cat-g-omxpert.wishartlab.com/results/by-token/c2d3ecce80614f57be4dc0be42e7fcdb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model_type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PC_WOODMASS</w:t>
            </w:r>
          </w:p>
        </w:tc>
      </w:tr>
      <w:tr>
        <w:tc>
          <w:tcPr>
            <w:tcW w:type="dxa" w:w="4320"/>
          </w:tcPr>
          <w:p>
            <w:r>
              <w:t>n_estimators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n_splits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0.25</w:t>
            </w:r>
          </w:p>
        </w:tc>
      </w:tr>
      <w:tr>
        <w:tc>
          <w:tcPr>
            <w:tcW w:type="dxa" w:w="4320"/>
          </w:tcPr>
          <w:p>
            <w:r>
              <w:t>run_univariate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run_permutation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run_shap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permutation_repeats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fdr_threshold</w:t>
            </w:r>
          </w:p>
        </w:tc>
        <w:tc>
          <w:tcPr>
            <w:tcW w:type="dxa" w:w="4320"/>
          </w:tcPr>
          <w:p>
            <w:r>
              <w:t>0.05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sklearn.ensemble import RandomForestRegressor</w:t>
      </w:r>
    </w:p>
    <w:p>
      <w:r>
        <w:rPr>
          <w:rFonts w:ascii="Courier New" w:hAnsi="Courier New"/>
        </w:rPr>
        <w:t># python</w:t>
        <w:br/>
        <w:t>model = RandomForestRegressor(n_estimators=60, random_state=42)</w:t>
      </w:r>
    </w:p>
    <w:p>
      <w:r>
        <w:rPr>
          <w:rFonts w:ascii="Courier New" w:hAnsi="Courier New"/>
        </w:rPr>
        <w:t># python</w:t>
        <w:br/>
        <w:t>scores = sklearn.model_selection.cross_val_score(model, X, y, cv=3)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