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Random Forest Result #147 — Analysis Report</w:t>
      </w:r>
    </w:p>
    <w:p>
      <w:r>
        <w:t>Generated 2026-09-21 02:37:29 · 1 run(s) · CAT-G Data Analyzer</w:t>
      </w:r>
    </w:p>
    <w:p>
      <w:pPr>
        <w:pStyle w:val="Heading2"/>
      </w:pPr>
      <w:r>
        <w:t>1. random forest (#147)</w:t>
      </w:r>
    </w:p>
    <w:p>
      <w:r>
        <w:t>2026-09-21 02:15:26 · random_forest · status: completed</w:t>
      </w:r>
    </w:p>
    <w:p>
      <w:r>
        <w:rPr>
          <w:i/>
        </w:rPr>
        <w:t>The model explains 83.5% of the variance in the target under cross-validation.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r2_mean</w:t>
            </w:r>
          </w:p>
        </w:tc>
        <w:tc>
          <w:tcPr>
            <w:tcW w:type="dxa" w:w="4320"/>
          </w:tcPr>
          <w:p>
            <w:r>
              <w:t>0.835335</w:t>
            </w:r>
          </w:p>
        </w:tc>
      </w:tr>
      <w:tr>
        <w:tc>
          <w:tcPr>
            <w:tcW w:type="dxa" w:w="4320"/>
          </w:tcPr>
          <w:p>
            <w:r>
              <w:t>r2_std</w:t>
            </w:r>
          </w:p>
        </w:tc>
        <w:tc>
          <w:tcPr>
            <w:tcW w:type="dxa" w:w="4320"/>
          </w:tcPr>
          <w:p>
            <w:r>
              <w:t>0.043526</w:t>
            </w:r>
          </w:p>
        </w:tc>
      </w:tr>
      <w:tr>
        <w:tc>
          <w:tcPr>
            <w:tcW w:type="dxa" w:w="4320"/>
          </w:tcPr>
          <w:p>
            <w:r>
              <w:t>mse_mean</w:t>
            </w:r>
          </w:p>
        </w:tc>
        <w:tc>
          <w:tcPr>
            <w:tcW w:type="dxa" w:w="4320"/>
          </w:tcPr>
          <w:p>
            <w:r>
              <w:t>0.76771</w:t>
            </w:r>
          </w:p>
        </w:tc>
      </w:tr>
      <w:tr>
        <w:tc>
          <w:tcPr>
            <w:tcW w:type="dxa" w:w="4320"/>
          </w:tcPr>
          <w:p>
            <w:r>
              <w:t>mse_std</w:t>
            </w:r>
          </w:p>
        </w:tc>
        <w:tc>
          <w:tcPr>
            <w:tcW w:type="dxa" w:w="4320"/>
          </w:tcPr>
          <w:p>
            <w:r>
              <w:t>0.158907</w:t>
            </w:r>
          </w:p>
        </w:tc>
      </w:tr>
    </w:tbl>
    <w:p>
      <w:pPr>
        <w:pStyle w:val="Heading3"/>
      </w:pPr>
      <w:r>
        <w:t>permutation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name</w:t>
            </w:r>
          </w:p>
        </w:tc>
        <w:tc>
          <w:tcPr>
            <w:tcW w:type="dxa" w:w="2880"/>
          </w:tcPr>
          <w:p>
            <w:r>
              <w:t>mean</w:t>
            </w:r>
          </w:p>
        </w:tc>
        <w:tc>
          <w:tcPr>
            <w:tcW w:type="dxa" w:w="2880"/>
          </w:tcPr>
          <w:p>
            <w:r>
              <w:t>std</w:t>
            </w:r>
          </w:p>
        </w:tc>
      </w:tr>
      <w:tr>
        <w:tc>
          <w:tcPr>
            <w:tcW w:type="dxa" w:w="2880"/>
          </w:tcPr>
          <w:p>
            <w:r>
              <w:t>PLOT</w:t>
            </w:r>
          </w:p>
        </w:tc>
        <w:tc>
          <w:tcPr>
            <w:tcW w:type="dxa" w:w="2880"/>
          </w:tcPr>
          <w:p>
            <w:r>
              <w:t>0.011739</w:t>
            </w:r>
          </w:p>
        </w:tc>
        <w:tc>
          <w:tcPr>
            <w:tcW w:type="dxa" w:w="2880"/>
          </w:tcPr>
          <w:p>
            <w:r>
              <w:t>0.018022</w:t>
            </w:r>
          </w:p>
        </w:tc>
      </w:tr>
      <w:tr>
        <w:tc>
          <w:tcPr>
            <w:tcW w:type="dxa" w:w="2880"/>
          </w:tcPr>
          <w:p>
            <w:r>
              <w:t>ENV_SOILNH4</w:t>
            </w:r>
          </w:p>
        </w:tc>
        <w:tc>
          <w:tcPr>
            <w:tcW w:type="dxa" w:w="2880"/>
          </w:tcPr>
          <w:p>
            <w:r>
              <w:t>-0.00199</w:t>
            </w:r>
          </w:p>
        </w:tc>
        <w:tc>
          <w:tcPr>
            <w:tcW w:type="dxa" w:w="2880"/>
          </w:tcPr>
          <w:p>
            <w:r>
              <w:t>0.003367</w:t>
            </w:r>
          </w:p>
        </w:tc>
      </w:tr>
      <w:tr>
        <w:tc>
          <w:tcPr>
            <w:tcW w:type="dxa" w:w="2880"/>
          </w:tcPr>
          <w:p>
            <w:r>
              <w:t>ENV_SOILNO3</w:t>
            </w:r>
          </w:p>
        </w:tc>
        <w:tc>
          <w:tcPr>
            <w:tcW w:type="dxa" w:w="2880"/>
          </w:tcPr>
          <w:p>
            <w:r>
              <w:t>0.001999</w:t>
            </w:r>
          </w:p>
        </w:tc>
        <w:tc>
          <w:tcPr>
            <w:tcW w:type="dxa" w:w="2880"/>
          </w:tcPr>
          <w:p>
            <w:r>
              <w:t>0.000821</w:t>
            </w:r>
          </w:p>
        </w:tc>
      </w:tr>
      <w:tr>
        <w:tc>
          <w:tcPr>
            <w:tcW w:type="dxa" w:w="2880"/>
          </w:tcPr>
          <w:p>
            <w:r>
              <w:t>ENV_SOILP</w:t>
            </w:r>
          </w:p>
        </w:tc>
        <w:tc>
          <w:tcPr>
            <w:tcW w:type="dxa" w:w="2880"/>
          </w:tcPr>
          <w:p>
            <w:r>
              <w:t>-0.001752</w:t>
            </w:r>
          </w:p>
        </w:tc>
        <w:tc>
          <w:tcPr>
            <w:tcW w:type="dxa" w:w="2880"/>
          </w:tcPr>
          <w:p>
            <w:r>
              <w:t>0.001491</w:t>
            </w:r>
          </w:p>
        </w:tc>
      </w:tr>
      <w:tr>
        <w:tc>
          <w:tcPr>
            <w:tcW w:type="dxa" w:w="2880"/>
          </w:tcPr>
          <w:p>
            <w:r>
              <w:t>ENV_SOILTN</w:t>
            </w:r>
          </w:p>
        </w:tc>
        <w:tc>
          <w:tcPr>
            <w:tcW w:type="dxa" w:w="2880"/>
          </w:tcPr>
          <w:p>
            <w:r>
              <w:t>0.064514</w:t>
            </w:r>
          </w:p>
        </w:tc>
        <w:tc>
          <w:tcPr>
            <w:tcW w:type="dxa" w:w="2880"/>
          </w:tcPr>
          <w:p>
            <w:r>
              <w:t>0.015946</w:t>
            </w:r>
          </w:p>
        </w:tc>
      </w:tr>
      <w:tr>
        <w:tc>
          <w:tcPr>
            <w:tcW w:type="dxa" w:w="2880"/>
          </w:tcPr>
          <w:p>
            <w:r>
              <w:t>ENV_SOILTC</w:t>
            </w:r>
          </w:p>
        </w:tc>
        <w:tc>
          <w:tcPr>
            <w:tcW w:type="dxa" w:w="2880"/>
          </w:tcPr>
          <w:p>
            <w:r>
              <w:t>0.135219</w:t>
            </w:r>
          </w:p>
        </w:tc>
        <w:tc>
          <w:tcPr>
            <w:tcW w:type="dxa" w:w="2880"/>
          </w:tcPr>
          <w:p>
            <w:r>
              <w:t>0.012696</w:t>
            </w:r>
          </w:p>
        </w:tc>
      </w:tr>
      <w:tr>
        <w:tc>
          <w:tcPr>
            <w:tcW w:type="dxa" w:w="2880"/>
          </w:tcPr>
          <w:p>
            <w:r>
              <w:t>ENV_PH</w:t>
            </w:r>
          </w:p>
        </w:tc>
        <w:tc>
          <w:tcPr>
            <w:tcW w:type="dxa" w:w="2880"/>
          </w:tcPr>
          <w:p>
            <w:r>
              <w:t>0.002762</w:t>
            </w:r>
          </w:p>
        </w:tc>
        <w:tc>
          <w:tcPr>
            <w:tcW w:type="dxa" w:w="2880"/>
          </w:tcPr>
          <w:p>
            <w:r>
              <w:t>0.000874</w:t>
            </w:r>
          </w:p>
        </w:tc>
      </w:tr>
      <w:tr>
        <w:tc>
          <w:tcPr>
            <w:tcW w:type="dxa" w:w="2880"/>
          </w:tcPr>
          <w:p>
            <w:r>
              <w:t>ENV_SOILCLAY</w:t>
            </w:r>
          </w:p>
        </w:tc>
        <w:tc>
          <w:tcPr>
            <w:tcW w:type="dxa" w:w="2880"/>
          </w:tcPr>
          <w:p>
            <w:r>
              <w:t>0.001776</w:t>
            </w:r>
          </w:p>
        </w:tc>
        <w:tc>
          <w:tcPr>
            <w:tcW w:type="dxa" w:w="2880"/>
          </w:tcPr>
          <w:p>
            <w:r>
              <w:t>0.004232</w:t>
            </w:r>
          </w:p>
        </w:tc>
      </w:tr>
      <w:tr>
        <w:tc>
          <w:tcPr>
            <w:tcW w:type="dxa" w:w="2880"/>
          </w:tcPr>
          <w:p>
            <w:r>
              <w:t>ENV_SOILSILT</w:t>
            </w:r>
          </w:p>
        </w:tc>
        <w:tc>
          <w:tcPr>
            <w:tcW w:type="dxa" w:w="2880"/>
          </w:tcPr>
          <w:p>
            <w:r>
              <w:t>0.073887</w:t>
            </w:r>
          </w:p>
        </w:tc>
        <w:tc>
          <w:tcPr>
            <w:tcW w:type="dxa" w:w="2880"/>
          </w:tcPr>
          <w:p>
            <w:r>
              <w:t>0.018645</w:t>
            </w:r>
          </w:p>
        </w:tc>
      </w:tr>
      <w:tr>
        <w:tc>
          <w:tcPr>
            <w:tcW w:type="dxa" w:w="2880"/>
          </w:tcPr>
          <w:p>
            <w:r>
              <w:t>ENV_SOILSAND</w:t>
            </w:r>
          </w:p>
        </w:tc>
        <w:tc>
          <w:tcPr>
            <w:tcW w:type="dxa" w:w="2880"/>
          </w:tcPr>
          <w:p>
            <w:r>
              <w:t>0.022481</w:t>
            </w:r>
          </w:p>
        </w:tc>
        <w:tc>
          <w:tcPr>
            <w:tcW w:type="dxa" w:w="2880"/>
          </w:tcPr>
          <w:p>
            <w:r>
              <w:t>0.00901</w:t>
            </w:r>
          </w:p>
        </w:tc>
      </w:tr>
    </w:tbl>
    <w:p>
      <w:pPr>
        <w:pStyle w:val="Heading3"/>
      </w:pPr>
      <w:r>
        <w:t>shap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mean_abs</w:t>
            </w:r>
          </w:p>
        </w:tc>
      </w:tr>
      <w:tr>
        <w:tc>
          <w:tcPr>
            <w:tcW w:type="dxa" w:w="4320"/>
          </w:tcPr>
          <w:p>
            <w:r>
              <w:t>PLOT</w:t>
            </w:r>
          </w:p>
        </w:tc>
        <w:tc>
          <w:tcPr>
            <w:tcW w:type="dxa" w:w="4320"/>
          </w:tcPr>
          <w:p>
            <w:r>
              <w:t>0.016825</w:t>
            </w:r>
          </w:p>
        </w:tc>
      </w:tr>
      <w:tr>
        <w:tc>
          <w:tcPr>
            <w:tcW w:type="dxa" w:w="4320"/>
          </w:tcPr>
          <w:p>
            <w:r>
              <w:t>ENV_SOILNH4</w:t>
            </w:r>
          </w:p>
        </w:tc>
        <w:tc>
          <w:tcPr>
            <w:tcW w:type="dxa" w:w="4320"/>
          </w:tcPr>
          <w:p>
            <w:r>
              <w:t>0.021395</w:t>
            </w:r>
          </w:p>
        </w:tc>
      </w:tr>
      <w:tr>
        <w:tc>
          <w:tcPr>
            <w:tcW w:type="dxa" w:w="4320"/>
          </w:tcPr>
          <w:p>
            <w:r>
              <w:t>ENV_SOILNO3</w:t>
            </w:r>
          </w:p>
        </w:tc>
        <w:tc>
          <w:tcPr>
            <w:tcW w:type="dxa" w:w="4320"/>
          </w:tcPr>
          <w:p>
            <w:r>
              <w:t>0.011124</w:t>
            </w:r>
          </w:p>
        </w:tc>
      </w:tr>
      <w:tr>
        <w:tc>
          <w:tcPr>
            <w:tcW w:type="dxa" w:w="4320"/>
          </w:tcPr>
          <w:p>
            <w:r>
              <w:t>ENV_SOILP</w:t>
            </w:r>
          </w:p>
        </w:tc>
        <w:tc>
          <w:tcPr>
            <w:tcW w:type="dxa" w:w="4320"/>
          </w:tcPr>
          <w:p>
            <w:r>
              <w:t>0.00914</w:t>
            </w:r>
          </w:p>
        </w:tc>
      </w:tr>
      <w:tr>
        <w:tc>
          <w:tcPr>
            <w:tcW w:type="dxa" w:w="4320"/>
          </w:tcPr>
          <w:p>
            <w:r>
              <w:t>ENV_SOILTN</w:t>
            </w:r>
          </w:p>
        </w:tc>
        <w:tc>
          <w:tcPr>
            <w:tcW w:type="dxa" w:w="4320"/>
          </w:tcPr>
          <w:p>
            <w:r>
              <w:t>0.70218</w:t>
            </w:r>
          </w:p>
        </w:tc>
      </w:tr>
      <w:tr>
        <w:tc>
          <w:tcPr>
            <w:tcW w:type="dxa" w:w="4320"/>
          </w:tcPr>
          <w:p>
            <w:r>
              <w:t>ENV_SOILTC</w:t>
            </w:r>
          </w:p>
        </w:tc>
        <w:tc>
          <w:tcPr>
            <w:tcW w:type="dxa" w:w="4320"/>
          </w:tcPr>
          <w:p>
            <w:r>
              <w:t>0.727751</w:t>
            </w:r>
          </w:p>
        </w:tc>
      </w:tr>
      <w:tr>
        <w:tc>
          <w:tcPr>
            <w:tcW w:type="dxa" w:w="4320"/>
          </w:tcPr>
          <w:p>
            <w:r>
              <w:t>ENV_PH</w:t>
            </w:r>
          </w:p>
        </w:tc>
        <w:tc>
          <w:tcPr>
            <w:tcW w:type="dxa" w:w="4320"/>
          </w:tcPr>
          <w:p>
            <w:r>
              <w:t>0.018506</w:t>
            </w:r>
          </w:p>
        </w:tc>
      </w:tr>
      <w:tr>
        <w:tc>
          <w:tcPr>
            <w:tcW w:type="dxa" w:w="4320"/>
          </w:tcPr>
          <w:p>
            <w:r>
              <w:t>ENV_SOILCLAY</w:t>
            </w:r>
          </w:p>
        </w:tc>
        <w:tc>
          <w:tcPr>
            <w:tcW w:type="dxa" w:w="4320"/>
          </w:tcPr>
          <w:p>
            <w:r>
              <w:t>0.012148</w:t>
            </w:r>
          </w:p>
        </w:tc>
      </w:tr>
      <w:tr>
        <w:tc>
          <w:tcPr>
            <w:tcW w:type="dxa" w:w="4320"/>
          </w:tcPr>
          <w:p>
            <w:r>
              <w:t>ENV_SOILSILT</w:t>
            </w:r>
          </w:p>
        </w:tc>
        <w:tc>
          <w:tcPr>
            <w:tcW w:type="dxa" w:w="4320"/>
          </w:tcPr>
          <w:p>
            <w:r>
              <w:t>0.113804</w:t>
            </w:r>
          </w:p>
        </w:tc>
      </w:tr>
      <w:tr>
        <w:tc>
          <w:tcPr>
            <w:tcW w:type="dxa" w:w="4320"/>
          </w:tcPr>
          <w:p>
            <w:r>
              <w:t>ENV_SOILSAND</w:t>
            </w:r>
          </w:p>
        </w:tc>
        <w:tc>
          <w:tcPr>
            <w:tcW w:type="dxa" w:w="4320"/>
          </w:tcPr>
          <w:p>
            <w:r>
              <w:t>0.074886</w:t>
            </w:r>
          </w:p>
        </w:tc>
      </w:tr>
    </w:tbl>
    <w:p>
      <w:pPr>
        <w:pStyle w:val="Heading3"/>
      </w:pPr>
      <w:r>
        <w:t>split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r2</w:t>
            </w:r>
          </w:p>
        </w:tc>
        <w:tc>
          <w:tcPr>
            <w:tcW w:type="dxa" w:w="4320"/>
          </w:tcPr>
          <w:p>
            <w:r>
              <w:t>mse</w:t>
            </w:r>
          </w:p>
        </w:tc>
      </w:tr>
      <w:tr>
        <w:tc>
          <w:tcPr>
            <w:tcW w:type="dxa" w:w="4320"/>
          </w:tcPr>
          <w:p>
            <w:r>
              <w:t>0.867947</w:t>
            </w:r>
          </w:p>
        </w:tc>
        <w:tc>
          <w:tcPr>
            <w:tcW w:type="dxa" w:w="4320"/>
          </w:tcPr>
          <w:p>
            <w:r>
              <w:t>0.69667</w:t>
            </w:r>
          </w:p>
        </w:tc>
      </w:tr>
      <w:tr>
        <w:tc>
          <w:tcPr>
            <w:tcW w:type="dxa" w:w="4320"/>
          </w:tcPr>
          <w:p>
            <w:r>
              <w:t>0.864242</w:t>
            </w:r>
          </w:p>
        </w:tc>
        <w:tc>
          <w:tcPr>
            <w:tcW w:type="dxa" w:w="4320"/>
          </w:tcPr>
          <w:p>
            <w:r>
              <w:t>0.618589</w:t>
            </w:r>
          </w:p>
        </w:tc>
      </w:tr>
      <w:tr>
        <w:tc>
          <w:tcPr>
            <w:tcW w:type="dxa" w:w="4320"/>
          </w:tcPr>
          <w:p>
            <w:r>
              <w:t>0.773817</w:t>
            </w:r>
          </w:p>
        </w:tc>
        <w:tc>
          <w:tcPr>
            <w:tcW w:type="dxa" w:w="4320"/>
          </w:tcPr>
          <w:p>
            <w:r>
              <w:t>0.98787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694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importance bar</w:t>
      </w:r>
    </w:p>
    <w:p>
      <w:r>
        <w:drawing>
          <wp:inline xmlns:a="http://schemas.openxmlformats.org/drawingml/2006/main" xmlns:pic="http://schemas.openxmlformats.org/drawingml/2006/picture">
            <wp:extent cx="5400000" cy="356949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permutation bar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shap summary</w:t>
      </w:r>
    </w:p>
    <w:p>
      <w:r>
        <w:drawing>
          <wp:inline xmlns:a="http://schemas.openxmlformats.org/drawingml/2006/main" xmlns:pic="http://schemas.openxmlformats.org/drawingml/2006/picture">
            <wp:extent cx="5400000" cy="430594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059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pred vs obs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cv boxplot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Random Forest (Regression)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catg_example_06_soil_carbon_credits.csv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02:15:26.727584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https://cat-g-omxpert.wishartlab.com/results/by-token/0af7a5128668442fb3b9c296168aaf7d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model_type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ENV_SOILOC</w:t>
            </w:r>
          </w:p>
        </w:tc>
      </w:tr>
      <w:tr>
        <w:tc>
          <w:tcPr>
            <w:tcW w:type="dxa" w:w="4320"/>
          </w:tcPr>
          <w:p>
            <w:r>
              <w:t>n_estimators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n_splits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0.25</w:t>
            </w:r>
          </w:p>
        </w:tc>
      </w:tr>
      <w:tr>
        <w:tc>
          <w:tcPr>
            <w:tcW w:type="dxa" w:w="4320"/>
          </w:tcPr>
          <w:p>
            <w:r>
              <w:t>run_univariate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run_permutation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run_shap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permutation_repeats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fdr_threshold</w:t>
            </w:r>
          </w:p>
        </w:tc>
        <w:tc>
          <w:tcPr>
            <w:tcW w:type="dxa" w:w="4320"/>
          </w:tcPr>
          <w:p>
            <w:r>
              <w:t>0.05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sklearn.ensemble import RandomForestRegressor</w:t>
      </w:r>
    </w:p>
    <w:p>
      <w:r>
        <w:rPr>
          <w:rFonts w:ascii="Courier New" w:hAnsi="Courier New"/>
        </w:rPr>
        <w:t># python</w:t>
        <w:br/>
        <w:t>model = RandomForestRegressor(n_estimators=60, random_state=42)</w:t>
      </w:r>
    </w:p>
    <w:p>
      <w:r>
        <w:rPr>
          <w:rFonts w:ascii="Courier New" w:hAnsi="Courier New"/>
        </w:rPr>
        <w:t># python</w:t>
        <w:br/>
        <w:t>scores = sklearn.model_selection.cross_val_score(model, X, y, cv=3)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