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Random Forest Result #146 — Analysis Report</w:t>
      </w:r>
    </w:p>
    <w:p>
      <w:r>
        <w:t>Generated 2026-09-21 02:37:21 · 1 run(s) · CAT-G Data Analyzer</w:t>
      </w:r>
    </w:p>
    <w:p>
      <w:pPr>
        <w:pStyle w:val="Heading2"/>
      </w:pPr>
      <w:r>
        <w:t>1. random forest (#146)</w:t>
      </w:r>
    </w:p>
    <w:p>
      <w:r>
        <w:t>2026-09-21 02:15:02 · random_forest · status: completed</w:t>
      </w:r>
    </w:p>
    <w:p>
      <w:r>
        <w:rPr>
          <w:i/>
        </w:rPr>
        <w:t>The model explains 77.2% of the variance in the target under cross-validation.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r2_mean</w:t>
            </w:r>
          </w:p>
        </w:tc>
        <w:tc>
          <w:tcPr>
            <w:tcW w:type="dxa" w:w="4320"/>
          </w:tcPr>
          <w:p>
            <w:r>
              <w:t>0.77179</w:t>
            </w:r>
          </w:p>
        </w:tc>
      </w:tr>
      <w:tr>
        <w:tc>
          <w:tcPr>
            <w:tcW w:type="dxa" w:w="4320"/>
          </w:tcPr>
          <w:p>
            <w:r>
              <w:t>r2_std</w:t>
            </w:r>
          </w:p>
        </w:tc>
        <w:tc>
          <w:tcPr>
            <w:tcW w:type="dxa" w:w="4320"/>
          </w:tcPr>
          <w:p>
            <w:r>
              <w:t>0.041005</w:t>
            </w:r>
          </w:p>
        </w:tc>
      </w:tr>
      <w:tr>
        <w:tc>
          <w:tcPr>
            <w:tcW w:type="dxa" w:w="4320"/>
          </w:tcPr>
          <w:p>
            <w:r>
              <w:t>mse_mean</w:t>
            </w:r>
          </w:p>
        </w:tc>
        <w:tc>
          <w:tcPr>
            <w:tcW w:type="dxa" w:w="4320"/>
          </w:tcPr>
          <w:p>
            <w:r>
              <w:t>199.71057</w:t>
            </w:r>
          </w:p>
        </w:tc>
      </w:tr>
      <w:tr>
        <w:tc>
          <w:tcPr>
            <w:tcW w:type="dxa" w:w="4320"/>
          </w:tcPr>
          <w:p>
            <w:r>
              <w:t>mse_std</w:t>
            </w:r>
          </w:p>
        </w:tc>
        <w:tc>
          <w:tcPr>
            <w:tcW w:type="dxa" w:w="4320"/>
          </w:tcPr>
          <w:p>
            <w:r>
              <w:t>27.668687</w:t>
            </w:r>
          </w:p>
        </w:tc>
      </w:tr>
    </w:tbl>
    <w:p>
      <w:pPr>
        <w:pStyle w:val="Heading3"/>
      </w:pPr>
      <w:r>
        <w:t>permutation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name</w:t>
            </w:r>
          </w:p>
        </w:tc>
        <w:tc>
          <w:tcPr>
            <w:tcW w:type="dxa" w:w="2880"/>
          </w:tcPr>
          <w:p>
            <w:r>
              <w:t>mean</w:t>
            </w:r>
          </w:p>
        </w:tc>
        <w:tc>
          <w:tcPr>
            <w:tcW w:type="dxa" w:w="2880"/>
          </w:tcPr>
          <w:p>
            <w:r>
              <w:t>std</w:t>
            </w:r>
          </w:p>
        </w:tc>
      </w:tr>
      <w:tr>
        <w:tc>
          <w:tcPr>
            <w:tcW w:type="dxa" w:w="2880"/>
          </w:tcPr>
          <w:p>
            <w:r>
              <w:t>PLOT</w:t>
            </w:r>
          </w:p>
        </w:tc>
        <w:tc>
          <w:tcPr>
            <w:tcW w:type="dxa" w:w="2880"/>
          </w:tcPr>
          <w:p>
            <w:r>
              <w:t>0.000762</w:t>
            </w:r>
          </w:p>
        </w:tc>
        <w:tc>
          <w:tcPr>
            <w:tcW w:type="dxa" w:w="2880"/>
          </w:tcPr>
          <w:p>
            <w:r>
              <w:t>0.008948</w:t>
            </w:r>
          </w:p>
        </w:tc>
      </w:tr>
      <w:tr>
        <w:tc>
          <w:tcPr>
            <w:tcW w:type="dxa" w:w="2880"/>
          </w:tcPr>
          <w:p>
            <w:r>
              <w:t>ENV_SOILNH4</w:t>
            </w:r>
          </w:p>
        </w:tc>
        <w:tc>
          <w:tcPr>
            <w:tcW w:type="dxa" w:w="2880"/>
          </w:tcPr>
          <w:p>
            <w:r>
              <w:t>-0.00042</w:t>
            </w:r>
          </w:p>
        </w:tc>
        <w:tc>
          <w:tcPr>
            <w:tcW w:type="dxa" w:w="2880"/>
          </w:tcPr>
          <w:p>
            <w:r>
              <w:t>0.002022</w:t>
            </w:r>
          </w:p>
        </w:tc>
      </w:tr>
      <w:tr>
        <w:tc>
          <w:tcPr>
            <w:tcW w:type="dxa" w:w="2880"/>
          </w:tcPr>
          <w:p>
            <w:r>
              <w:t>ENV_SOILNO3</w:t>
            </w:r>
          </w:p>
        </w:tc>
        <w:tc>
          <w:tcPr>
            <w:tcW w:type="dxa" w:w="2880"/>
          </w:tcPr>
          <w:p>
            <w:r>
              <w:t>-0.000454</w:t>
            </w:r>
          </w:p>
        </w:tc>
        <w:tc>
          <w:tcPr>
            <w:tcW w:type="dxa" w:w="2880"/>
          </w:tcPr>
          <w:p>
            <w:r>
              <w:t>0.004077</w:t>
            </w:r>
          </w:p>
        </w:tc>
      </w:tr>
      <w:tr>
        <w:tc>
          <w:tcPr>
            <w:tcW w:type="dxa" w:w="2880"/>
          </w:tcPr>
          <w:p>
            <w:r>
              <w:t>ENV_SOILP</w:t>
            </w:r>
          </w:p>
        </w:tc>
        <w:tc>
          <w:tcPr>
            <w:tcW w:type="dxa" w:w="2880"/>
          </w:tcPr>
          <w:p>
            <w:r>
              <w:t>0.004555</w:t>
            </w:r>
          </w:p>
        </w:tc>
        <w:tc>
          <w:tcPr>
            <w:tcW w:type="dxa" w:w="2880"/>
          </w:tcPr>
          <w:p>
            <w:r>
              <w:t>0.00288</w:t>
            </w:r>
          </w:p>
        </w:tc>
      </w:tr>
      <w:tr>
        <w:tc>
          <w:tcPr>
            <w:tcW w:type="dxa" w:w="2880"/>
          </w:tcPr>
          <w:p>
            <w:r>
              <w:t>ENV_SOILOC</w:t>
            </w:r>
          </w:p>
        </w:tc>
        <w:tc>
          <w:tcPr>
            <w:tcW w:type="dxa" w:w="2880"/>
          </w:tcPr>
          <w:p>
            <w:r>
              <w:t>0.002502</w:t>
            </w:r>
          </w:p>
        </w:tc>
        <w:tc>
          <w:tcPr>
            <w:tcW w:type="dxa" w:w="2880"/>
          </w:tcPr>
          <w:p>
            <w:r>
              <w:t>0.004561</w:t>
            </w:r>
          </w:p>
        </w:tc>
      </w:tr>
      <w:tr>
        <w:tc>
          <w:tcPr>
            <w:tcW w:type="dxa" w:w="2880"/>
          </w:tcPr>
          <w:p>
            <w:r>
              <w:t>ENV_SOILTN</w:t>
            </w:r>
          </w:p>
        </w:tc>
        <w:tc>
          <w:tcPr>
            <w:tcW w:type="dxa" w:w="2880"/>
          </w:tcPr>
          <w:p>
            <w:r>
              <w:t>0.016942</w:t>
            </w:r>
          </w:p>
        </w:tc>
        <w:tc>
          <w:tcPr>
            <w:tcW w:type="dxa" w:w="2880"/>
          </w:tcPr>
          <w:p>
            <w:r>
              <w:t>0.011589</w:t>
            </w:r>
          </w:p>
        </w:tc>
      </w:tr>
      <w:tr>
        <w:tc>
          <w:tcPr>
            <w:tcW w:type="dxa" w:w="2880"/>
          </w:tcPr>
          <w:p>
            <w:r>
              <w:t>ENV_SOILTC</w:t>
            </w:r>
          </w:p>
        </w:tc>
        <w:tc>
          <w:tcPr>
            <w:tcW w:type="dxa" w:w="2880"/>
          </w:tcPr>
          <w:p>
            <w:r>
              <w:t>0.018122</w:t>
            </w:r>
          </w:p>
        </w:tc>
        <w:tc>
          <w:tcPr>
            <w:tcW w:type="dxa" w:w="2880"/>
          </w:tcPr>
          <w:p>
            <w:r>
              <w:t>0.00958</w:t>
            </w:r>
          </w:p>
        </w:tc>
      </w:tr>
      <w:tr>
        <w:tc>
          <w:tcPr>
            <w:tcW w:type="dxa" w:w="2880"/>
          </w:tcPr>
          <w:p>
            <w:r>
              <w:t>ENV_PH</w:t>
            </w:r>
          </w:p>
        </w:tc>
        <w:tc>
          <w:tcPr>
            <w:tcW w:type="dxa" w:w="2880"/>
          </w:tcPr>
          <w:p>
            <w:r>
              <w:t>-0.000352</w:t>
            </w:r>
          </w:p>
        </w:tc>
        <w:tc>
          <w:tcPr>
            <w:tcW w:type="dxa" w:w="2880"/>
          </w:tcPr>
          <w:p>
            <w:r>
              <w:t>0.000364</w:t>
            </w:r>
          </w:p>
        </w:tc>
      </w:tr>
      <w:tr>
        <w:tc>
          <w:tcPr>
            <w:tcW w:type="dxa" w:w="2880"/>
          </w:tcPr>
          <w:p>
            <w:r>
              <w:t>ENV_SOILCLAY</w:t>
            </w:r>
          </w:p>
        </w:tc>
        <w:tc>
          <w:tcPr>
            <w:tcW w:type="dxa" w:w="2880"/>
          </w:tcPr>
          <w:p>
            <w:r>
              <w:t>-0.000108</w:t>
            </w:r>
          </w:p>
        </w:tc>
        <w:tc>
          <w:tcPr>
            <w:tcW w:type="dxa" w:w="2880"/>
          </w:tcPr>
          <w:p>
            <w:r>
              <w:t>0.000876</w:t>
            </w:r>
          </w:p>
        </w:tc>
      </w:tr>
      <w:tr>
        <w:tc>
          <w:tcPr>
            <w:tcW w:type="dxa" w:w="2880"/>
          </w:tcPr>
          <w:p>
            <w:r>
              <w:t>ENV_SOILSILT</w:t>
            </w:r>
          </w:p>
        </w:tc>
        <w:tc>
          <w:tcPr>
            <w:tcW w:type="dxa" w:w="2880"/>
          </w:tcPr>
          <w:p>
            <w:r>
              <w:t>0.005832</w:t>
            </w:r>
          </w:p>
        </w:tc>
        <w:tc>
          <w:tcPr>
            <w:tcW w:type="dxa" w:w="2880"/>
          </w:tcPr>
          <w:p>
            <w:r>
              <w:t>0.001824</w:t>
            </w:r>
          </w:p>
        </w:tc>
      </w:tr>
    </w:tbl>
    <w:p>
      <w:pPr>
        <w:pStyle w:val="Heading3"/>
      </w:pPr>
      <w:r>
        <w:t>shap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mean_abs</w:t>
            </w:r>
          </w:p>
        </w:tc>
      </w:tr>
      <w:tr>
        <w:tc>
          <w:tcPr>
            <w:tcW w:type="dxa" w:w="4320"/>
          </w:tcPr>
          <w:p>
            <w:r>
              <w:t>PLOT</w:t>
            </w:r>
          </w:p>
        </w:tc>
        <w:tc>
          <w:tcPr>
            <w:tcW w:type="dxa" w:w="4320"/>
          </w:tcPr>
          <w:p>
            <w:r>
              <w:t>0.47108</w:t>
            </w:r>
          </w:p>
        </w:tc>
      </w:tr>
      <w:tr>
        <w:tc>
          <w:tcPr>
            <w:tcW w:type="dxa" w:w="4320"/>
          </w:tcPr>
          <w:p>
            <w:r>
              <w:t>ENV_SOILNH4</w:t>
            </w:r>
          </w:p>
        </w:tc>
        <w:tc>
          <w:tcPr>
            <w:tcW w:type="dxa" w:w="4320"/>
          </w:tcPr>
          <w:p>
            <w:r>
              <w:t>0.215687</w:t>
            </w:r>
          </w:p>
        </w:tc>
      </w:tr>
      <w:tr>
        <w:tc>
          <w:tcPr>
            <w:tcW w:type="dxa" w:w="4320"/>
          </w:tcPr>
          <w:p>
            <w:r>
              <w:t>ENV_SOILNO3</w:t>
            </w:r>
          </w:p>
        </w:tc>
        <w:tc>
          <w:tcPr>
            <w:tcW w:type="dxa" w:w="4320"/>
          </w:tcPr>
          <w:p>
            <w:r>
              <w:t>0.136184</w:t>
            </w:r>
          </w:p>
        </w:tc>
      </w:tr>
      <w:tr>
        <w:tc>
          <w:tcPr>
            <w:tcW w:type="dxa" w:w="4320"/>
          </w:tcPr>
          <w:p>
            <w:r>
              <w:t>ENV_SOILP</w:t>
            </w:r>
          </w:p>
        </w:tc>
        <w:tc>
          <w:tcPr>
            <w:tcW w:type="dxa" w:w="4320"/>
          </w:tcPr>
          <w:p>
            <w:r>
              <w:t>0.350946</w:t>
            </w:r>
          </w:p>
        </w:tc>
      </w:tr>
      <w:tr>
        <w:tc>
          <w:tcPr>
            <w:tcW w:type="dxa" w:w="4320"/>
          </w:tcPr>
          <w:p>
            <w:r>
              <w:t>ENV_SOILOC</w:t>
            </w:r>
          </w:p>
        </w:tc>
        <w:tc>
          <w:tcPr>
            <w:tcW w:type="dxa" w:w="4320"/>
          </w:tcPr>
          <w:p>
            <w:r>
              <w:t>0.854207</w:t>
            </w:r>
          </w:p>
        </w:tc>
      </w:tr>
      <w:tr>
        <w:tc>
          <w:tcPr>
            <w:tcW w:type="dxa" w:w="4320"/>
          </w:tcPr>
          <w:p>
            <w:r>
              <w:t>ENV_SOILTN</w:t>
            </w:r>
          </w:p>
        </w:tc>
        <w:tc>
          <w:tcPr>
            <w:tcW w:type="dxa" w:w="4320"/>
          </w:tcPr>
          <w:p>
            <w:r>
              <w:t>0.358174</w:t>
            </w:r>
          </w:p>
        </w:tc>
      </w:tr>
      <w:tr>
        <w:tc>
          <w:tcPr>
            <w:tcW w:type="dxa" w:w="4320"/>
          </w:tcPr>
          <w:p>
            <w:r>
              <w:t>ENV_SOILTC</w:t>
            </w:r>
          </w:p>
        </w:tc>
        <w:tc>
          <w:tcPr>
            <w:tcW w:type="dxa" w:w="4320"/>
          </w:tcPr>
          <w:p>
            <w:r>
              <w:t>0.571677</w:t>
            </w:r>
          </w:p>
        </w:tc>
      </w:tr>
      <w:tr>
        <w:tc>
          <w:tcPr>
            <w:tcW w:type="dxa" w:w="4320"/>
          </w:tcPr>
          <w:p>
            <w:r>
              <w:t>ENV_PH</w:t>
            </w:r>
          </w:p>
        </w:tc>
        <w:tc>
          <w:tcPr>
            <w:tcW w:type="dxa" w:w="4320"/>
          </w:tcPr>
          <w:p>
            <w:r>
              <w:t>0.214236</w:t>
            </w:r>
          </w:p>
        </w:tc>
      </w:tr>
      <w:tr>
        <w:tc>
          <w:tcPr>
            <w:tcW w:type="dxa" w:w="4320"/>
          </w:tcPr>
          <w:p>
            <w:r>
              <w:t>ENV_SOILCLAY</w:t>
            </w:r>
          </w:p>
        </w:tc>
        <w:tc>
          <w:tcPr>
            <w:tcW w:type="dxa" w:w="4320"/>
          </w:tcPr>
          <w:p>
            <w:r>
              <w:t>0.299414</w:t>
            </w:r>
          </w:p>
        </w:tc>
      </w:tr>
      <w:tr>
        <w:tc>
          <w:tcPr>
            <w:tcW w:type="dxa" w:w="4320"/>
          </w:tcPr>
          <w:p>
            <w:r>
              <w:t>ENV_SOILSILT</w:t>
            </w:r>
          </w:p>
        </w:tc>
        <w:tc>
          <w:tcPr>
            <w:tcW w:type="dxa" w:w="4320"/>
          </w:tcPr>
          <w:p>
            <w:r>
              <w:t>0.290186</w:t>
            </w:r>
          </w:p>
        </w:tc>
      </w:tr>
    </w:tbl>
    <w:p>
      <w:pPr>
        <w:pStyle w:val="Heading3"/>
      </w:pPr>
      <w:r>
        <w:t>split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r2</w:t>
            </w:r>
          </w:p>
        </w:tc>
        <w:tc>
          <w:tcPr>
            <w:tcW w:type="dxa" w:w="4320"/>
          </w:tcPr>
          <w:p>
            <w:r>
              <w:t>mse</w:t>
            </w:r>
          </w:p>
        </w:tc>
      </w:tr>
      <w:tr>
        <w:tc>
          <w:tcPr>
            <w:tcW w:type="dxa" w:w="4320"/>
          </w:tcPr>
          <w:p>
            <w:r>
              <w:t>0.745856</w:t>
            </w:r>
          </w:p>
        </w:tc>
        <w:tc>
          <w:tcPr>
            <w:tcW w:type="dxa" w:w="4320"/>
          </w:tcPr>
          <w:p>
            <w:r>
              <w:t>234.197297</w:t>
            </w:r>
          </w:p>
        </w:tc>
      </w:tr>
      <w:tr>
        <w:tc>
          <w:tcPr>
            <w:tcW w:type="dxa" w:w="4320"/>
          </w:tcPr>
          <w:p>
            <w:r>
              <w:t>0.739838</w:t>
            </w:r>
          </w:p>
        </w:tc>
        <w:tc>
          <w:tcPr>
            <w:tcW w:type="dxa" w:w="4320"/>
          </w:tcPr>
          <w:p>
            <w:r>
              <w:t>198.477631</w:t>
            </w:r>
          </w:p>
        </w:tc>
      </w:tr>
      <w:tr>
        <w:tc>
          <w:tcPr>
            <w:tcW w:type="dxa" w:w="4320"/>
          </w:tcPr>
          <w:p>
            <w:r>
              <w:t>0.829675</w:t>
            </w:r>
          </w:p>
        </w:tc>
        <w:tc>
          <w:tcPr>
            <w:tcW w:type="dxa" w:w="4320"/>
          </w:tcPr>
          <w:p>
            <w:r>
              <w:t>166.456784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694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importance bar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permutation bar</w:t>
      </w:r>
    </w:p>
    <w:p>
      <w:r>
        <w:drawing>
          <wp:inline xmlns:a="http://schemas.openxmlformats.org/drawingml/2006/main" xmlns:pic="http://schemas.openxmlformats.org/drawingml/2006/picture">
            <wp:extent cx="5400000" cy="356949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shap summary</w:t>
      </w:r>
    </w:p>
    <w:p>
      <w:r>
        <w:drawing>
          <wp:inline xmlns:a="http://schemas.openxmlformats.org/drawingml/2006/main" xmlns:pic="http://schemas.openxmlformats.org/drawingml/2006/picture">
            <wp:extent cx="5400000" cy="430594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059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pred vs obs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cv boxplot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Random Forest (Regression)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catg_example_05_grasshopper_pest_pressure.csv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02:15:02.446843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https://cat-g-omxpert.wishartlab.com/results/by-token/41da97babc1945769dd1bb43f3a17845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model_type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GH_COUNT</w:t>
            </w:r>
          </w:p>
        </w:tc>
      </w:tr>
      <w:tr>
        <w:tc>
          <w:tcPr>
            <w:tcW w:type="dxa" w:w="4320"/>
          </w:tcPr>
          <w:p>
            <w:r>
              <w:t>n_estimators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n_splits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0.25</w:t>
            </w:r>
          </w:p>
        </w:tc>
      </w:tr>
      <w:tr>
        <w:tc>
          <w:tcPr>
            <w:tcW w:type="dxa" w:w="4320"/>
          </w:tcPr>
          <w:p>
            <w:r>
              <w:t>run_univariate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run_permutation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run_shap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permutation_repeats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fdr_threshold</w:t>
            </w:r>
          </w:p>
        </w:tc>
        <w:tc>
          <w:tcPr>
            <w:tcW w:type="dxa" w:w="4320"/>
          </w:tcPr>
          <w:p>
            <w:r>
              <w:t>0.05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sklearn.ensemble import RandomForestRegressor</w:t>
      </w:r>
    </w:p>
    <w:p>
      <w:r>
        <w:rPr>
          <w:rFonts w:ascii="Courier New" w:hAnsi="Courier New"/>
        </w:rPr>
        <w:t># python</w:t>
        <w:br/>
        <w:t>model = RandomForestRegressor(n_estimators=60, random_state=42)</w:t>
      </w:r>
    </w:p>
    <w:p>
      <w:r>
        <w:rPr>
          <w:rFonts w:ascii="Courier New" w:hAnsi="Courier New"/>
        </w:rPr>
        <w:t># python</w:t>
        <w:br/>
        <w:t>scores = sklearn.model_selection.cross_val_score(model, X, y, cv=3)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