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#144 — Analysis Report</w:t>
      </w:r>
    </w:p>
    <w:p>
      <w:r>
        <w:t>Generated 2026-09-21 02:36:58 · 1 run(s) · CAT-G Data Analyzer</w:t>
      </w:r>
    </w:p>
    <w:p>
      <w:pPr>
        <w:pStyle w:val="Heading2"/>
      </w:pPr>
      <w:r>
        <w:t>1. random forest (#144)</w:t>
      </w:r>
    </w:p>
    <w:p>
      <w:r>
        <w:t>2026-09-21 02:14:14 · random_forest · status: completed</w:t>
      </w:r>
    </w:p>
    <w:p>
      <w:r>
        <w:rPr>
          <w:i/>
        </w:rPr>
        <w:t>The model explains 53.9% of the variance in the target under cross-validation.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r2_mean</w:t>
            </w:r>
          </w:p>
        </w:tc>
        <w:tc>
          <w:tcPr>
            <w:tcW w:type="dxa" w:w="4320"/>
          </w:tcPr>
          <w:p>
            <w:r>
              <w:t>0.538756</w:t>
            </w:r>
          </w:p>
        </w:tc>
      </w:tr>
      <w:tr>
        <w:tc>
          <w:tcPr>
            <w:tcW w:type="dxa" w:w="4320"/>
          </w:tcPr>
          <w:p>
            <w:r>
              <w:t>r2_std</w:t>
            </w:r>
          </w:p>
        </w:tc>
        <w:tc>
          <w:tcPr>
            <w:tcW w:type="dxa" w:w="4320"/>
          </w:tcPr>
          <w:p>
            <w:r>
              <w:t>0.214189</w:t>
            </w:r>
          </w:p>
        </w:tc>
      </w:tr>
      <w:tr>
        <w:tc>
          <w:tcPr>
            <w:tcW w:type="dxa" w:w="4320"/>
          </w:tcPr>
          <w:p>
            <w:r>
              <w:t>mse_mean</w:t>
            </w:r>
          </w:p>
        </w:tc>
        <w:tc>
          <w:tcPr>
            <w:tcW w:type="dxa" w:w="4320"/>
          </w:tcPr>
          <w:p>
            <w:r>
              <w:t>14.986814</w:t>
            </w:r>
          </w:p>
        </w:tc>
      </w:tr>
      <w:tr>
        <w:tc>
          <w:tcPr>
            <w:tcW w:type="dxa" w:w="4320"/>
          </w:tcPr>
          <w:p>
            <w:r>
              <w:t>mse_std</w:t>
            </w:r>
          </w:p>
        </w:tc>
        <w:tc>
          <w:tcPr>
            <w:tcW w:type="dxa" w:w="4320"/>
          </w:tcPr>
          <w:p>
            <w:r>
              <w:t>12.519635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PLOT</w:t>
            </w:r>
          </w:p>
        </w:tc>
        <w:tc>
          <w:tcPr>
            <w:tcW w:type="dxa" w:w="2880"/>
          </w:tcPr>
          <w:p>
            <w:r>
              <w:t>0.011272</w:t>
            </w:r>
          </w:p>
        </w:tc>
        <w:tc>
          <w:tcPr>
            <w:tcW w:type="dxa" w:w="2880"/>
          </w:tcPr>
          <w:p>
            <w:r>
              <w:t>0.008572</w:t>
            </w:r>
          </w:p>
        </w:tc>
      </w:tr>
      <w:tr>
        <w:tc>
          <w:tcPr>
            <w:tcW w:type="dxa" w:w="2880"/>
          </w:tcPr>
          <w:p>
            <w:r>
              <w:t>ENV_SOILOC</w:t>
            </w:r>
          </w:p>
        </w:tc>
        <w:tc>
          <w:tcPr>
            <w:tcW w:type="dxa" w:w="2880"/>
          </w:tcPr>
          <w:p>
            <w:r>
              <w:t>0.001235</w:t>
            </w:r>
          </w:p>
        </w:tc>
        <w:tc>
          <w:tcPr>
            <w:tcW w:type="dxa" w:w="2880"/>
          </w:tcPr>
          <w:p>
            <w:r>
              <w:t>0.007825</w:t>
            </w:r>
          </w:p>
        </w:tc>
      </w:tr>
      <w:tr>
        <w:tc>
          <w:tcPr>
            <w:tcW w:type="dxa" w:w="2880"/>
          </w:tcPr>
          <w:p>
            <w:r>
              <w:t>ENV_SOILTC</w:t>
            </w:r>
          </w:p>
        </w:tc>
        <w:tc>
          <w:tcPr>
            <w:tcW w:type="dxa" w:w="2880"/>
          </w:tcPr>
          <w:p>
            <w:r>
              <w:t>0.002577</w:t>
            </w:r>
          </w:p>
        </w:tc>
        <w:tc>
          <w:tcPr>
            <w:tcW w:type="dxa" w:w="2880"/>
          </w:tcPr>
          <w:p>
            <w:r>
              <w:t>0.011296</w:t>
            </w:r>
          </w:p>
        </w:tc>
      </w:tr>
      <w:tr>
        <w:tc>
          <w:tcPr>
            <w:tcW w:type="dxa" w:w="2880"/>
          </w:tcPr>
          <w:p>
            <w:r>
              <w:t>ENV_SOILTN</w:t>
            </w:r>
          </w:p>
        </w:tc>
        <w:tc>
          <w:tcPr>
            <w:tcW w:type="dxa" w:w="2880"/>
          </w:tcPr>
          <w:p>
            <w:r>
              <w:t>0.102671</w:t>
            </w:r>
          </w:p>
        </w:tc>
        <w:tc>
          <w:tcPr>
            <w:tcW w:type="dxa" w:w="2880"/>
          </w:tcPr>
          <w:p>
            <w:r>
              <w:t>0.070685</w:t>
            </w:r>
          </w:p>
        </w:tc>
      </w:tr>
      <w:tr>
        <w:tc>
          <w:tcPr>
            <w:tcW w:type="dxa" w:w="2880"/>
          </w:tcPr>
          <w:p>
            <w:r>
              <w:t>ENV_PH</w:t>
            </w:r>
          </w:p>
        </w:tc>
        <w:tc>
          <w:tcPr>
            <w:tcW w:type="dxa" w:w="2880"/>
          </w:tcPr>
          <w:p>
            <w:r>
              <w:t>-0.002838</w:t>
            </w:r>
          </w:p>
        </w:tc>
        <w:tc>
          <w:tcPr>
            <w:tcW w:type="dxa" w:w="2880"/>
          </w:tcPr>
          <w:p>
            <w:r>
              <w:t>0.002858</w:t>
            </w:r>
          </w:p>
        </w:tc>
      </w:tr>
      <w:tr>
        <w:tc>
          <w:tcPr>
            <w:tcW w:type="dxa" w:w="2880"/>
          </w:tcPr>
          <w:p>
            <w:r>
              <w:t>ENV_SOILCLAY</w:t>
            </w:r>
          </w:p>
        </w:tc>
        <w:tc>
          <w:tcPr>
            <w:tcW w:type="dxa" w:w="2880"/>
          </w:tcPr>
          <w:p>
            <w:r>
              <w:t>0.01445</w:t>
            </w:r>
          </w:p>
        </w:tc>
        <w:tc>
          <w:tcPr>
            <w:tcW w:type="dxa" w:w="2880"/>
          </w:tcPr>
          <w:p>
            <w:r>
              <w:t>0.009704</w:t>
            </w:r>
          </w:p>
        </w:tc>
      </w:tr>
      <w:tr>
        <w:tc>
          <w:tcPr>
            <w:tcW w:type="dxa" w:w="2880"/>
          </w:tcPr>
          <w:p>
            <w:r>
              <w:t>ENV_SOILSILT</w:t>
            </w:r>
          </w:p>
        </w:tc>
        <w:tc>
          <w:tcPr>
            <w:tcW w:type="dxa" w:w="2880"/>
          </w:tcPr>
          <w:p>
            <w:r>
              <w:t>0.006406</w:t>
            </w:r>
          </w:p>
        </w:tc>
        <w:tc>
          <w:tcPr>
            <w:tcW w:type="dxa" w:w="2880"/>
          </w:tcPr>
          <w:p>
            <w:r>
              <w:t>0.023445</w:t>
            </w:r>
          </w:p>
        </w:tc>
      </w:tr>
      <w:tr>
        <w:tc>
          <w:tcPr>
            <w:tcW w:type="dxa" w:w="2880"/>
          </w:tcPr>
          <w:p>
            <w:r>
              <w:t>ENV_SOILSAND</w:t>
            </w:r>
          </w:p>
        </w:tc>
        <w:tc>
          <w:tcPr>
            <w:tcW w:type="dxa" w:w="2880"/>
          </w:tcPr>
          <w:p>
            <w:r>
              <w:t>0.010353</w:t>
            </w:r>
          </w:p>
        </w:tc>
        <w:tc>
          <w:tcPr>
            <w:tcW w:type="dxa" w:w="2880"/>
          </w:tcPr>
          <w:p>
            <w:r>
              <w:t>0.00754</w:t>
            </w:r>
          </w:p>
        </w:tc>
      </w:tr>
      <w:tr>
        <w:tc>
          <w:tcPr>
            <w:tcW w:type="dxa" w:w="2880"/>
          </w:tcPr>
          <w:p>
            <w:r>
              <w:t>ENV_SOILMOIS</w:t>
            </w:r>
          </w:p>
        </w:tc>
        <w:tc>
          <w:tcPr>
            <w:tcW w:type="dxa" w:w="2880"/>
          </w:tcPr>
          <w:p>
            <w:r>
              <w:t>0.021319</w:t>
            </w:r>
          </w:p>
        </w:tc>
        <w:tc>
          <w:tcPr>
            <w:tcW w:type="dxa" w:w="2880"/>
          </w:tcPr>
          <w:p>
            <w:r>
              <w:t>0.018914</w:t>
            </w:r>
          </w:p>
        </w:tc>
      </w:tr>
      <w:tr>
        <w:tc>
          <w:tcPr>
            <w:tcW w:type="dxa" w:w="2880"/>
          </w:tcPr>
          <w:p>
            <w:r>
              <w:t>ENV_SOILP</w:t>
            </w:r>
          </w:p>
        </w:tc>
        <w:tc>
          <w:tcPr>
            <w:tcW w:type="dxa" w:w="2880"/>
          </w:tcPr>
          <w:p>
            <w:r>
              <w:t>0.000114</w:t>
            </w:r>
          </w:p>
        </w:tc>
        <w:tc>
          <w:tcPr>
            <w:tcW w:type="dxa" w:w="2880"/>
          </w:tcPr>
          <w:p>
            <w:r>
              <w:t>0.000991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PLOT</w:t>
            </w:r>
          </w:p>
        </w:tc>
        <w:tc>
          <w:tcPr>
            <w:tcW w:type="dxa" w:w="4320"/>
          </w:tcPr>
          <w:p>
            <w:r>
              <w:t>0.1131</w:t>
            </w:r>
          </w:p>
        </w:tc>
      </w:tr>
      <w:tr>
        <w:tc>
          <w:tcPr>
            <w:tcW w:type="dxa" w:w="4320"/>
          </w:tcPr>
          <w:p>
            <w:r>
              <w:t>ENV_SOILOC</w:t>
            </w:r>
          </w:p>
        </w:tc>
        <w:tc>
          <w:tcPr>
            <w:tcW w:type="dxa" w:w="4320"/>
          </w:tcPr>
          <w:p>
            <w:r>
              <w:t>0.183659</w:t>
            </w:r>
          </w:p>
        </w:tc>
      </w:tr>
      <w:tr>
        <w:tc>
          <w:tcPr>
            <w:tcW w:type="dxa" w:w="4320"/>
          </w:tcPr>
          <w:p>
            <w:r>
              <w:t>ENV_SOILTC</w:t>
            </w:r>
          </w:p>
        </w:tc>
        <w:tc>
          <w:tcPr>
            <w:tcW w:type="dxa" w:w="4320"/>
          </w:tcPr>
          <w:p>
            <w:r>
              <w:t>0.126229</w:t>
            </w:r>
          </w:p>
        </w:tc>
      </w:tr>
      <w:tr>
        <w:tc>
          <w:tcPr>
            <w:tcW w:type="dxa" w:w="4320"/>
          </w:tcPr>
          <w:p>
            <w:r>
              <w:t>ENV_SOILTN</w:t>
            </w:r>
          </w:p>
        </w:tc>
        <w:tc>
          <w:tcPr>
            <w:tcW w:type="dxa" w:w="4320"/>
          </w:tcPr>
          <w:p>
            <w:r>
              <w:t>0.327007</w:t>
            </w:r>
          </w:p>
        </w:tc>
      </w:tr>
      <w:tr>
        <w:tc>
          <w:tcPr>
            <w:tcW w:type="dxa" w:w="4320"/>
          </w:tcPr>
          <w:p>
            <w:r>
              <w:t>ENV_PH</w:t>
            </w:r>
          </w:p>
        </w:tc>
        <w:tc>
          <w:tcPr>
            <w:tcW w:type="dxa" w:w="4320"/>
          </w:tcPr>
          <w:p>
            <w:r>
              <w:t>0.109797</w:t>
            </w:r>
          </w:p>
        </w:tc>
      </w:tr>
      <w:tr>
        <w:tc>
          <w:tcPr>
            <w:tcW w:type="dxa" w:w="4320"/>
          </w:tcPr>
          <w:p>
            <w:r>
              <w:t>ENV_SOILCLAY</w:t>
            </w:r>
          </w:p>
        </w:tc>
        <w:tc>
          <w:tcPr>
            <w:tcW w:type="dxa" w:w="4320"/>
          </w:tcPr>
          <w:p>
            <w:r>
              <w:t>0.061339</w:t>
            </w:r>
          </w:p>
        </w:tc>
      </w:tr>
      <w:tr>
        <w:tc>
          <w:tcPr>
            <w:tcW w:type="dxa" w:w="4320"/>
          </w:tcPr>
          <w:p>
            <w:r>
              <w:t>ENV_SOILSILT</w:t>
            </w:r>
          </w:p>
        </w:tc>
        <w:tc>
          <w:tcPr>
            <w:tcW w:type="dxa" w:w="4320"/>
          </w:tcPr>
          <w:p>
            <w:r>
              <w:t>0.167248</w:t>
            </w:r>
          </w:p>
        </w:tc>
      </w:tr>
      <w:tr>
        <w:tc>
          <w:tcPr>
            <w:tcW w:type="dxa" w:w="4320"/>
          </w:tcPr>
          <w:p>
            <w:r>
              <w:t>ENV_SOILSAND</w:t>
            </w:r>
          </w:p>
        </w:tc>
        <w:tc>
          <w:tcPr>
            <w:tcW w:type="dxa" w:w="4320"/>
          </w:tcPr>
          <w:p>
            <w:r>
              <w:t>0.065622</w:t>
            </w:r>
          </w:p>
        </w:tc>
      </w:tr>
      <w:tr>
        <w:tc>
          <w:tcPr>
            <w:tcW w:type="dxa" w:w="4320"/>
          </w:tcPr>
          <w:p>
            <w:r>
              <w:t>ENV_SOILMOIS</w:t>
            </w:r>
          </w:p>
        </w:tc>
        <w:tc>
          <w:tcPr>
            <w:tcW w:type="dxa" w:w="4320"/>
          </w:tcPr>
          <w:p>
            <w:r>
              <w:t>0.205682</w:t>
            </w:r>
          </w:p>
        </w:tc>
      </w:tr>
      <w:tr>
        <w:tc>
          <w:tcPr>
            <w:tcW w:type="dxa" w:w="4320"/>
          </w:tcPr>
          <w:p>
            <w:r>
              <w:t>ENV_SOILP</w:t>
            </w:r>
          </w:p>
        </w:tc>
        <w:tc>
          <w:tcPr>
            <w:tcW w:type="dxa" w:w="4320"/>
          </w:tcPr>
          <w:p>
            <w:r>
              <w:t>0.03121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mse</w:t>
            </w:r>
          </w:p>
        </w:tc>
      </w:tr>
      <w:tr>
        <w:tc>
          <w:tcPr>
            <w:tcW w:type="dxa" w:w="4320"/>
          </w:tcPr>
          <w:p>
            <w:r>
              <w:t>0.308397</w:t>
            </w:r>
          </w:p>
        </w:tc>
        <w:tc>
          <w:tcPr>
            <w:tcW w:type="dxa" w:w="4320"/>
          </w:tcPr>
          <w:p>
            <w:r>
              <w:t>5.958141</w:t>
            </w:r>
          </w:p>
        </w:tc>
      </w:tr>
      <w:tr>
        <w:tc>
          <w:tcPr>
            <w:tcW w:type="dxa" w:w="4320"/>
          </w:tcPr>
          <w:p>
            <w:r>
              <w:t>0.483595</w:t>
            </w:r>
          </w:p>
        </w:tc>
        <w:tc>
          <w:tcPr>
            <w:tcW w:type="dxa" w:w="4320"/>
          </w:tcPr>
          <w:p>
            <w:r>
              <w:t>6.311223</w:t>
            </w:r>
          </w:p>
        </w:tc>
      </w:tr>
      <w:tr>
        <w:tc>
          <w:tcPr>
            <w:tcW w:type="dxa" w:w="4320"/>
          </w:tcPr>
          <w:p>
            <w:r>
              <w:t>0.824277</w:t>
            </w:r>
          </w:p>
        </w:tc>
        <w:tc>
          <w:tcPr>
            <w:tcW w:type="dxa" w:w="4320"/>
          </w:tcPr>
          <w:p>
            <w:r>
              <w:t>32.691079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3059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05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pred vs obs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(Regression)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catg_example_03_soil_nitrogen_availability.csv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02:14:14.068246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https://cat-g-omxpert.wishartlab.com/results/by-token/413ee895cd9742ed95bd1502567c309a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ENV_SOILNH4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RandomForestRegressor</w:t>
      </w:r>
    </w:p>
    <w:p>
      <w:r>
        <w:rPr>
          <w:rFonts w:ascii="Courier New" w:hAnsi="Courier New"/>
        </w:rPr>
        <w:t># python</w:t>
        <w:br/>
        <w:t>model = RandomForestRegressor(n_estimators=60,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