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Random Forest Result #143 — Analysis Report</w:t>
      </w:r>
    </w:p>
    <w:p>
      <w:r>
        <w:t>Generated 2026-09-21 02:36:47 · 1 run(s) · CAT-G Data Analyzer</w:t>
      </w:r>
    </w:p>
    <w:p>
      <w:pPr>
        <w:pStyle w:val="Heading2"/>
      </w:pPr>
      <w:r>
        <w:t>1. random forest (#143)</w:t>
      </w:r>
    </w:p>
    <w:p>
      <w:r>
        <w:t>2026-09-21 02:13:52 · random_forest · status: completed</w:t>
      </w:r>
    </w:p>
    <w:p>
      <w:r>
        <w:rPr>
          <w:i/>
        </w:rPr>
        <w:t>The model explains 0.0% of the variance in the target — worse than simply predicting the mean; treat predictions as unreliable.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r2_mean</w:t>
            </w:r>
          </w:p>
        </w:tc>
        <w:tc>
          <w:tcPr>
            <w:tcW w:type="dxa" w:w="4320"/>
          </w:tcPr>
          <w:p>
            <w:r>
              <w:t>-0.049195</w:t>
            </w:r>
          </w:p>
        </w:tc>
      </w:tr>
      <w:tr>
        <w:tc>
          <w:tcPr>
            <w:tcW w:type="dxa" w:w="4320"/>
          </w:tcPr>
          <w:p>
            <w:r>
              <w:t>r2_std</w:t>
            </w:r>
          </w:p>
        </w:tc>
        <w:tc>
          <w:tcPr>
            <w:tcW w:type="dxa" w:w="4320"/>
          </w:tcPr>
          <w:p>
            <w:r>
              <w:t>0.029871</w:t>
            </w:r>
          </w:p>
        </w:tc>
      </w:tr>
      <w:tr>
        <w:tc>
          <w:tcPr>
            <w:tcW w:type="dxa" w:w="4320"/>
          </w:tcPr>
          <w:p>
            <w:r>
              <w:t>mse_mean</w:t>
            </w:r>
          </w:p>
        </w:tc>
        <w:tc>
          <w:tcPr>
            <w:tcW w:type="dxa" w:w="4320"/>
          </w:tcPr>
          <w:p>
            <w:r>
              <w:t>7.227791</w:t>
            </w:r>
          </w:p>
        </w:tc>
      </w:tr>
      <w:tr>
        <w:tc>
          <w:tcPr>
            <w:tcW w:type="dxa" w:w="4320"/>
          </w:tcPr>
          <w:p>
            <w:r>
              <w:t>mse_std</w:t>
            </w:r>
          </w:p>
        </w:tc>
        <w:tc>
          <w:tcPr>
            <w:tcW w:type="dxa" w:w="4320"/>
          </w:tcPr>
          <w:p>
            <w:r>
              <w:t>0.20578</w:t>
            </w:r>
          </w:p>
        </w:tc>
      </w:tr>
    </w:tbl>
    <w:p>
      <w:pPr>
        <w:pStyle w:val="Heading3"/>
      </w:pPr>
      <w:r>
        <w:t>permutation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mean</w:t>
            </w:r>
          </w:p>
        </w:tc>
        <w:tc>
          <w:tcPr>
            <w:tcW w:type="dxa" w:w="2880"/>
          </w:tcPr>
          <w:p>
            <w:r>
              <w:t>std</w:t>
            </w:r>
          </w:p>
        </w:tc>
      </w:tr>
      <w:tr>
        <w:tc>
          <w:tcPr>
            <w:tcW w:type="dxa" w:w="2880"/>
          </w:tcPr>
          <w:p>
            <w:r>
              <w:t>MEAN_PC_SHOOTMASS</w:t>
            </w:r>
          </w:p>
        </w:tc>
        <w:tc>
          <w:tcPr>
            <w:tcW w:type="dxa" w:w="2880"/>
          </w:tcPr>
          <w:p>
            <w:r>
              <w:t>0.084806</w:t>
            </w:r>
          </w:p>
        </w:tc>
        <w:tc>
          <w:tcPr>
            <w:tcW w:type="dxa" w:w="2880"/>
          </w:tcPr>
          <w:p>
            <w:r>
              <w:t>0.005584</w:t>
            </w:r>
          </w:p>
        </w:tc>
      </w:tr>
      <w:tr>
        <w:tc>
          <w:tcPr>
            <w:tcW w:type="dxa" w:w="2880"/>
          </w:tcPr>
          <w:p>
            <w:r>
              <w:t>MEAN_RC_SHOOTMASS</w:t>
            </w:r>
          </w:p>
        </w:tc>
        <w:tc>
          <w:tcPr>
            <w:tcW w:type="dxa" w:w="2880"/>
          </w:tcPr>
          <w:p>
            <w:r>
              <w:t>0.130502</w:t>
            </w:r>
          </w:p>
        </w:tc>
        <w:tc>
          <w:tcPr>
            <w:tcW w:type="dxa" w:w="2880"/>
          </w:tcPr>
          <w:p>
            <w:r>
              <w:t>0.104911</w:t>
            </w:r>
          </w:p>
        </w:tc>
      </w:tr>
      <w:tr>
        <w:tc>
          <w:tcPr>
            <w:tcW w:type="dxa" w:w="2880"/>
          </w:tcPr>
          <w:p>
            <w:r>
              <w:t>MEAN_PC_HEIGHT</w:t>
            </w:r>
          </w:p>
        </w:tc>
        <w:tc>
          <w:tcPr>
            <w:tcW w:type="dxa" w:w="2880"/>
          </w:tcPr>
          <w:p>
            <w:r>
              <w:t>0.026103</w:t>
            </w:r>
          </w:p>
        </w:tc>
        <w:tc>
          <w:tcPr>
            <w:tcW w:type="dxa" w:w="2880"/>
          </w:tcPr>
          <w:p>
            <w:r>
              <w:t>0.019747</w:t>
            </w:r>
          </w:p>
        </w:tc>
      </w:tr>
      <w:tr>
        <w:tc>
          <w:tcPr>
            <w:tcW w:type="dxa" w:w="2880"/>
          </w:tcPr>
          <w:p>
            <w:r>
              <w:t>MEAN_ENV_SOILOC</w:t>
            </w:r>
          </w:p>
        </w:tc>
        <w:tc>
          <w:tcPr>
            <w:tcW w:type="dxa" w:w="2880"/>
          </w:tcPr>
          <w:p>
            <w:r>
              <w:t>0.198789</w:t>
            </w:r>
          </w:p>
        </w:tc>
        <w:tc>
          <w:tcPr>
            <w:tcW w:type="dxa" w:w="2880"/>
          </w:tcPr>
          <w:p>
            <w:r>
              <w:t>0.075698</w:t>
            </w:r>
          </w:p>
        </w:tc>
      </w:tr>
      <w:tr>
        <w:tc>
          <w:tcPr>
            <w:tcW w:type="dxa" w:w="2880"/>
          </w:tcPr>
          <w:p>
            <w:r>
              <w:t>MEAN_ENV_SOILMOIS</w:t>
            </w:r>
          </w:p>
        </w:tc>
        <w:tc>
          <w:tcPr>
            <w:tcW w:type="dxa" w:w="2880"/>
          </w:tcPr>
          <w:p>
            <w:r>
              <w:t>0.088199</w:t>
            </w:r>
          </w:p>
        </w:tc>
        <w:tc>
          <w:tcPr>
            <w:tcW w:type="dxa" w:w="2880"/>
          </w:tcPr>
          <w:p>
            <w:r>
              <w:t>0.114618</w:t>
            </w:r>
          </w:p>
        </w:tc>
      </w:tr>
      <w:tr>
        <w:tc>
          <w:tcPr>
            <w:tcW w:type="dxa" w:w="2880"/>
          </w:tcPr>
          <w:p>
            <w:r>
              <w:t>MEAN_ENV_SOILTN</w:t>
            </w:r>
          </w:p>
        </w:tc>
        <w:tc>
          <w:tcPr>
            <w:tcW w:type="dxa" w:w="2880"/>
          </w:tcPr>
          <w:p>
            <w:r>
              <w:t>0.328192</w:t>
            </w:r>
          </w:p>
        </w:tc>
        <w:tc>
          <w:tcPr>
            <w:tcW w:type="dxa" w:w="2880"/>
          </w:tcPr>
          <w:p>
            <w:r>
              <w:t>0.01486</w:t>
            </w:r>
          </w:p>
        </w:tc>
      </w:tr>
      <w:tr>
        <w:tc>
          <w:tcPr>
            <w:tcW w:type="dxa" w:w="2880"/>
          </w:tcPr>
          <w:p>
            <w:r>
              <w:t>MEAN_COVER_TOTAL_JUL</w:t>
            </w:r>
          </w:p>
        </w:tc>
        <w:tc>
          <w:tcPr>
            <w:tcW w:type="dxa" w:w="2880"/>
          </w:tcPr>
          <w:p>
            <w:r>
              <w:t>0.132638</w:t>
            </w:r>
          </w:p>
        </w:tc>
        <w:tc>
          <w:tcPr>
            <w:tcW w:type="dxa" w:w="2880"/>
          </w:tcPr>
          <w:p>
            <w:r>
              <w:t>0.067458</w:t>
            </w:r>
          </w:p>
        </w:tc>
      </w:tr>
      <w:tr>
        <w:tc>
          <w:tcPr>
            <w:tcW w:type="dxa" w:w="2880"/>
          </w:tcPr>
          <w:p>
            <w:r>
              <w:t>MEAN_COVER_SHANNON_JUL</w:t>
            </w:r>
          </w:p>
        </w:tc>
        <w:tc>
          <w:tcPr>
            <w:tcW w:type="dxa" w:w="2880"/>
          </w:tcPr>
          <w:p>
            <w:r>
              <w:t>-0.027903</w:t>
            </w:r>
          </w:p>
        </w:tc>
        <w:tc>
          <w:tcPr>
            <w:tcW w:type="dxa" w:w="2880"/>
          </w:tcPr>
          <w:p>
            <w:r>
              <w:t>0.031621</w:t>
            </w:r>
          </w:p>
        </w:tc>
      </w:tr>
      <w:tr>
        <w:tc>
          <w:tcPr>
            <w:tcW w:type="dxa" w:w="2880"/>
          </w:tcPr>
          <w:p>
            <w:r>
              <w:t>MEAN_PC_WOODMASS</w:t>
            </w:r>
          </w:p>
        </w:tc>
        <w:tc>
          <w:tcPr>
            <w:tcW w:type="dxa" w:w="2880"/>
          </w:tcPr>
          <w:p>
            <w:r>
              <w:t>-0.056028</w:t>
            </w:r>
          </w:p>
        </w:tc>
        <w:tc>
          <w:tcPr>
            <w:tcW w:type="dxa" w:w="2880"/>
          </w:tcPr>
          <w:p>
            <w:r>
              <w:t>0.025228</w:t>
            </w:r>
          </w:p>
        </w:tc>
      </w:tr>
      <w:tr>
        <w:tc>
          <w:tcPr>
            <w:tcW w:type="dxa" w:w="2880"/>
          </w:tcPr>
          <w:p>
            <w:r>
              <w:t>PLOT_COUNT</w:t>
            </w:r>
          </w:p>
        </w:tc>
        <w:tc>
          <w:tcPr>
            <w:tcW w:type="dxa" w:w="2880"/>
          </w:tcPr>
          <w:p>
            <w:r>
              <w:t>-0.048951</w:t>
            </w:r>
          </w:p>
        </w:tc>
        <w:tc>
          <w:tcPr>
            <w:tcW w:type="dxa" w:w="2880"/>
          </w:tcPr>
          <w:p>
            <w:r>
              <w:t>0.055505</w:t>
            </w:r>
          </w:p>
        </w:tc>
      </w:tr>
    </w:tbl>
    <w:p>
      <w:pPr>
        <w:pStyle w:val="Heading3"/>
      </w:pPr>
      <w:r>
        <w:t>shap importance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mean_abs</w:t>
            </w:r>
          </w:p>
        </w:tc>
      </w:tr>
      <w:tr>
        <w:tc>
          <w:tcPr>
            <w:tcW w:type="dxa" w:w="4320"/>
          </w:tcPr>
          <w:p>
            <w:r>
              <w:t>MEAN_PC_SHOOTMASS</w:t>
            </w:r>
          </w:p>
        </w:tc>
        <w:tc>
          <w:tcPr>
            <w:tcW w:type="dxa" w:w="4320"/>
          </w:tcPr>
          <w:p>
            <w:r>
              <w:t>0.265275</w:t>
            </w:r>
          </w:p>
        </w:tc>
      </w:tr>
      <w:tr>
        <w:tc>
          <w:tcPr>
            <w:tcW w:type="dxa" w:w="4320"/>
          </w:tcPr>
          <w:p>
            <w:r>
              <w:t>MEAN_RC_SHOOTMASS</w:t>
            </w:r>
          </w:p>
        </w:tc>
        <w:tc>
          <w:tcPr>
            <w:tcW w:type="dxa" w:w="4320"/>
          </w:tcPr>
          <w:p>
            <w:r>
              <w:t>0.305043</w:t>
            </w:r>
          </w:p>
        </w:tc>
      </w:tr>
      <w:tr>
        <w:tc>
          <w:tcPr>
            <w:tcW w:type="dxa" w:w="4320"/>
          </w:tcPr>
          <w:p>
            <w:r>
              <w:t>MEAN_PC_HEIGHT</w:t>
            </w:r>
          </w:p>
        </w:tc>
        <w:tc>
          <w:tcPr>
            <w:tcW w:type="dxa" w:w="4320"/>
          </w:tcPr>
          <w:p>
            <w:r>
              <w:t>0.112237</w:t>
            </w:r>
          </w:p>
        </w:tc>
      </w:tr>
      <w:tr>
        <w:tc>
          <w:tcPr>
            <w:tcW w:type="dxa" w:w="4320"/>
          </w:tcPr>
          <w:p>
            <w:r>
              <w:t>MEAN_ENV_SOILOC</w:t>
            </w:r>
          </w:p>
        </w:tc>
        <w:tc>
          <w:tcPr>
            <w:tcW w:type="dxa" w:w="4320"/>
          </w:tcPr>
          <w:p>
            <w:r>
              <w:t>0.108948</w:t>
            </w:r>
          </w:p>
        </w:tc>
      </w:tr>
      <w:tr>
        <w:tc>
          <w:tcPr>
            <w:tcW w:type="dxa" w:w="4320"/>
          </w:tcPr>
          <w:p>
            <w:r>
              <w:t>MEAN_ENV_SOILMOIS</w:t>
            </w:r>
          </w:p>
        </w:tc>
        <w:tc>
          <w:tcPr>
            <w:tcW w:type="dxa" w:w="4320"/>
          </w:tcPr>
          <w:p>
            <w:r>
              <w:t>0.225008</w:t>
            </w:r>
          </w:p>
        </w:tc>
      </w:tr>
      <w:tr>
        <w:tc>
          <w:tcPr>
            <w:tcW w:type="dxa" w:w="4320"/>
          </w:tcPr>
          <w:p>
            <w:r>
              <w:t>MEAN_ENV_SOILTN</w:t>
            </w:r>
          </w:p>
        </w:tc>
        <w:tc>
          <w:tcPr>
            <w:tcW w:type="dxa" w:w="4320"/>
          </w:tcPr>
          <w:p>
            <w:r>
              <w:t>0.342947</w:t>
            </w:r>
          </w:p>
        </w:tc>
      </w:tr>
      <w:tr>
        <w:tc>
          <w:tcPr>
            <w:tcW w:type="dxa" w:w="4320"/>
          </w:tcPr>
          <w:p>
            <w:r>
              <w:t>MEAN_COVER_TOTAL_JUL</w:t>
            </w:r>
          </w:p>
        </w:tc>
        <w:tc>
          <w:tcPr>
            <w:tcW w:type="dxa" w:w="4320"/>
          </w:tcPr>
          <w:p>
            <w:r>
              <w:t>0.173261</w:t>
            </w:r>
          </w:p>
        </w:tc>
      </w:tr>
      <w:tr>
        <w:tc>
          <w:tcPr>
            <w:tcW w:type="dxa" w:w="4320"/>
          </w:tcPr>
          <w:p>
            <w:r>
              <w:t>MEAN_COVER_SHANNON_JUL</w:t>
            </w:r>
          </w:p>
        </w:tc>
        <w:tc>
          <w:tcPr>
            <w:tcW w:type="dxa" w:w="4320"/>
          </w:tcPr>
          <w:p>
            <w:r>
              <w:t>0.085411</w:t>
            </w:r>
          </w:p>
        </w:tc>
      </w:tr>
      <w:tr>
        <w:tc>
          <w:tcPr>
            <w:tcW w:type="dxa" w:w="4320"/>
          </w:tcPr>
          <w:p>
            <w:r>
              <w:t>MEAN_PC_WOODMASS</w:t>
            </w:r>
          </w:p>
        </w:tc>
        <w:tc>
          <w:tcPr>
            <w:tcW w:type="dxa" w:w="4320"/>
          </w:tcPr>
          <w:p>
            <w:r>
              <w:t>0.228746</w:t>
            </w:r>
          </w:p>
        </w:tc>
      </w:tr>
      <w:tr>
        <w:tc>
          <w:tcPr>
            <w:tcW w:type="dxa" w:w="4320"/>
          </w:tcPr>
          <w:p>
            <w:r>
              <w:t>PLOT_COUNT</w:t>
            </w:r>
          </w:p>
        </w:tc>
        <w:tc>
          <w:tcPr>
            <w:tcW w:type="dxa" w:w="4320"/>
          </w:tcPr>
          <w:p>
            <w:r>
              <w:t>0.009979</w:t>
            </w:r>
          </w:p>
        </w:tc>
      </w:tr>
    </w:tbl>
    <w:p>
      <w:pPr>
        <w:pStyle w:val="Heading3"/>
      </w:pPr>
      <w:r>
        <w:t>split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r2</w:t>
            </w:r>
          </w:p>
        </w:tc>
        <w:tc>
          <w:tcPr>
            <w:tcW w:type="dxa" w:w="4320"/>
          </w:tcPr>
          <w:p>
            <w:r>
              <w:t>mse</w:t>
            </w:r>
          </w:p>
        </w:tc>
      </w:tr>
      <w:tr>
        <w:tc>
          <w:tcPr>
            <w:tcW w:type="dxa" w:w="4320"/>
          </w:tcPr>
          <w:p>
            <w:r>
              <w:t>-0.079067</w:t>
            </w:r>
          </w:p>
        </w:tc>
        <w:tc>
          <w:tcPr>
            <w:tcW w:type="dxa" w:w="4320"/>
          </w:tcPr>
          <w:p>
            <w:r>
              <w:t>7.43357</w:t>
            </w:r>
          </w:p>
        </w:tc>
      </w:tr>
      <w:tr>
        <w:tc>
          <w:tcPr>
            <w:tcW w:type="dxa" w:w="4320"/>
          </w:tcPr>
          <w:p>
            <w:r>
              <w:t>-0.019324</w:t>
            </w:r>
          </w:p>
        </w:tc>
        <w:tc>
          <w:tcPr>
            <w:tcW w:type="dxa" w:w="4320"/>
          </w:tcPr>
          <w:p>
            <w:r>
              <w:t>7.022011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694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importance bar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permutation bar</w:t>
      </w:r>
    </w:p>
    <w:p>
      <w:r>
        <w:drawing>
          <wp:inline xmlns:a="http://schemas.openxmlformats.org/drawingml/2006/main" xmlns:pic="http://schemas.openxmlformats.org/drawingml/2006/picture">
            <wp:extent cx="5400000" cy="35694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694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shap summary</w:t>
      </w:r>
    </w:p>
    <w:p>
      <w:r>
        <w:drawing>
          <wp:inline xmlns:a="http://schemas.openxmlformats.org/drawingml/2006/main" xmlns:pic="http://schemas.openxmlformats.org/drawingml/2006/picture">
            <wp:extent cx="5400000" cy="43059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059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pred vs obs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cv boxplot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Random Forest (Regression)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catg_example_02_grazing_carrying_capacity.csv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02:13:52.593069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https://cat-g-omxpert.wishartlab.com/results/by-token/c2f085d2764a43e3b8a578284d15edb5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model_type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CW_NUMBER</w:t>
            </w:r>
          </w:p>
        </w:tc>
      </w:tr>
      <w:tr>
        <w:tc>
          <w:tcPr>
            <w:tcW w:type="dxa" w:w="4320"/>
          </w:tcPr>
          <w:p>
            <w:r>
              <w:t>n_estimators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n_splits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0.25</w:t>
            </w:r>
          </w:p>
        </w:tc>
      </w:tr>
      <w:tr>
        <w:tc>
          <w:tcPr>
            <w:tcW w:type="dxa" w:w="4320"/>
          </w:tcPr>
          <w:p>
            <w:r>
              <w:t>run_univariate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run_permutation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run_shap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permutation_repeats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sklearn.ensemble import RandomForestRegressor</w:t>
      </w:r>
    </w:p>
    <w:p>
      <w:r>
        <w:rPr>
          <w:rFonts w:ascii="Courier New" w:hAnsi="Courier New"/>
        </w:rPr>
        <w:t># python</w:t>
        <w:br/>
        <w:t>model = RandomForestRegressor(n_estimators=60, random_state=42)</w:t>
      </w:r>
    </w:p>
    <w:p>
      <w:r>
        <w:rPr>
          <w:rFonts w:ascii="Courier New" w:hAnsi="Courier New"/>
        </w:rPr>
        <w:t># python</w:t>
        <w:br/>
        <w:t>scores = sklearn.model_selection.cross_val_score(model, X, y, cv=2)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