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Feature Selection Result #163 — Analysis Report</w:t>
      </w:r>
    </w:p>
    <w:p>
      <w:r>
        <w:t>Generated 2026-09-21 02:36:42 · 1 run(s) · CAT-G Data Analyzer</w:t>
      </w:r>
    </w:p>
    <w:p>
      <w:pPr>
        <w:pStyle w:val="Heading2"/>
      </w:pPr>
      <w:r>
        <w:t>1. univariate screening (#163)</w:t>
      </w:r>
    </w:p>
    <w:p>
      <w:r>
        <w:t>2026-09-21 02:13:46 · feature_selection · status: completed</w:t>
      </w:r>
    </w:p>
    <w:p>
      <w:r>
        <w:rPr>
          <w:i/>
        </w:rPr>
        <w:t>29 feature(s) passed the screen.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n_samples</w:t>
            </w:r>
          </w:p>
        </w:tc>
        <w:tc>
          <w:tcPr>
            <w:tcW w:type="dxa" w:w="4320"/>
          </w:tcPr>
          <w:p>
            <w:r>
              <w:t>393</w:t>
            </w:r>
          </w:p>
        </w:tc>
      </w:tr>
      <w:tr>
        <w:tc>
          <w:tcPr>
            <w:tcW w:type="dxa" w:w="4320"/>
          </w:tcPr>
          <w:p>
            <w:r>
              <w:t>n_features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0187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18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volcano</w:t>
      </w:r>
    </w:p>
    <w:p>
      <w:r>
        <w:drawing>
          <wp:inline xmlns:a="http://schemas.openxmlformats.org/drawingml/2006/main" xmlns:pic="http://schemas.openxmlformats.org/drawingml/2006/picture">
            <wp:extent cx="5400000" cy="54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pvalue qq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Univariate feature screening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scikit-learn/scipy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catg_example_01_forage_biomass.csv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02:13:46.233864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https://cat-g-omxpert.wishartlab.com/results/by-token/6464413f754e4693bdfa3aaf528d0baf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univariate_screening</w:t>
            </w:r>
          </w:p>
        </w:tc>
      </w:tr>
      <w:tr>
        <w:tc>
          <w:tcPr>
            <w:tcW w:type="dxa" w:w="4320"/>
          </w:tcPr>
          <w:p>
            <w:r>
              <w:t>target_col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696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r, p = stats.pearsonr(x_feature, y_target)</w:t>
      </w:r>
    </w:p>
    <w:p>
      <w:r>
        <w:rPr>
          <w:rFonts w:ascii="Courier New" w:hAnsi="Courier New"/>
        </w:rPr>
        <w:t># python</w:t>
        <w:br/>
        <w:t>stat, p = stats.kruskal(*groups)  # per feature</w:t>
      </w:r>
    </w:p>
    <w:p>
      <w:r>
        <w:rPr>
          <w:rFonts w:ascii="Courier New" w:hAnsi="Courier New"/>
        </w:rPr>
        <w:t># python</w:t>
        <w:br/>
        <w:t>fdr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