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#142 — Analysis Report</w:t>
      </w:r>
    </w:p>
    <w:p>
      <w:r>
        <w:t>Generated 2026-09-21 02:36:39 · 1 run(s) · CAT-G Data Analyzer</w:t>
      </w:r>
    </w:p>
    <w:p>
      <w:pPr>
        <w:pStyle w:val="Heading2"/>
      </w:pPr>
      <w:r>
        <w:t>1. random forest (#142)</w:t>
      </w:r>
    </w:p>
    <w:p>
      <w:r>
        <w:t>2026-09-21 02:13:38 · random_forest · status: completed</w:t>
      </w:r>
    </w:p>
    <w:p>
      <w:r>
        <w:rPr>
          <w:i/>
        </w:rPr>
        <w:t>The model explains 34.6%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0.345639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0.122952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52.232806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7.541088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0.021128</w:t>
            </w:r>
          </w:p>
        </w:tc>
        <w:tc>
          <w:tcPr>
            <w:tcW w:type="dxa" w:w="2880"/>
          </w:tcPr>
          <w:p>
            <w:r>
              <w:t>0.013875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0.001802</w:t>
            </w:r>
          </w:p>
        </w:tc>
        <w:tc>
          <w:tcPr>
            <w:tcW w:type="dxa" w:w="2880"/>
          </w:tcPr>
          <w:p>
            <w:r>
              <w:t>0.001265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0.003362</w:t>
            </w:r>
          </w:p>
        </w:tc>
        <w:tc>
          <w:tcPr>
            <w:tcW w:type="dxa" w:w="2880"/>
          </w:tcPr>
          <w:p>
            <w:r>
              <w:t>0.003329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0.016495</w:t>
            </w:r>
          </w:p>
        </w:tc>
        <w:tc>
          <w:tcPr>
            <w:tcW w:type="dxa" w:w="2880"/>
          </w:tcPr>
          <w:p>
            <w:r>
              <w:t>0.003534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0.009076</w:t>
            </w:r>
          </w:p>
        </w:tc>
        <w:tc>
          <w:tcPr>
            <w:tcW w:type="dxa" w:w="2880"/>
          </w:tcPr>
          <w:p>
            <w:r>
              <w:t>0.016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0.009067</w:t>
            </w:r>
          </w:p>
        </w:tc>
        <w:tc>
          <w:tcPr>
            <w:tcW w:type="dxa" w:w="2880"/>
          </w:tcPr>
          <w:p>
            <w:r>
              <w:t>0.012805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0.014288</w:t>
            </w:r>
          </w:p>
        </w:tc>
        <w:tc>
          <w:tcPr>
            <w:tcW w:type="dxa" w:w="2880"/>
          </w:tcPr>
          <w:p>
            <w:r>
              <w:t>0.047237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0.001249</w:t>
            </w:r>
          </w:p>
        </w:tc>
        <w:tc>
          <w:tcPr>
            <w:tcW w:type="dxa" w:w="2880"/>
          </w:tcPr>
          <w:p>
            <w:r>
              <w:t>0.002939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0.003314</w:t>
            </w:r>
          </w:p>
        </w:tc>
        <w:tc>
          <w:tcPr>
            <w:tcW w:type="dxa" w:w="2880"/>
          </w:tcPr>
          <w:p>
            <w:r>
              <w:t>0.004583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-0.00579</w:t>
            </w:r>
          </w:p>
        </w:tc>
        <w:tc>
          <w:tcPr>
            <w:tcW w:type="dxa" w:w="2880"/>
          </w:tcPr>
          <w:p>
            <w:r>
              <w:t>0.007295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0.247639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0.103296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0.094585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0.217172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0.29234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0.782153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0.765265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0.156054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0.06528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0.188871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0.472938</w:t>
            </w:r>
          </w:p>
        </w:tc>
        <w:tc>
          <w:tcPr>
            <w:tcW w:type="dxa" w:w="4320"/>
          </w:tcPr>
          <w:p>
            <w:r>
              <w:t>62.41285</w:t>
            </w:r>
          </w:p>
        </w:tc>
      </w:tr>
      <w:tr>
        <w:tc>
          <w:tcPr>
            <w:tcW w:type="dxa" w:w="4320"/>
          </w:tcPr>
          <w:p>
            <w:r>
              <w:t>0.384566</w:t>
            </w:r>
          </w:p>
        </w:tc>
        <w:tc>
          <w:tcPr>
            <w:tcW w:type="dxa" w:w="4320"/>
          </w:tcPr>
          <w:p>
            <w:r>
              <w:t>44.390142</w:t>
            </w:r>
          </w:p>
        </w:tc>
      </w:tr>
      <w:tr>
        <w:tc>
          <w:tcPr>
            <w:tcW w:type="dxa" w:w="4320"/>
          </w:tcPr>
          <w:p>
            <w:r>
              <w:t>0.179412</w:t>
            </w:r>
          </w:p>
        </w:tc>
        <w:tc>
          <w:tcPr>
            <w:tcW w:type="dxa" w:w="4320"/>
          </w:tcPr>
          <w:p>
            <w:r>
              <w:t>49.895425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catg_example_01_forage_biomass.csv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02:13:38.003816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https://cat-g-omxpert.wishartlab.com/results/by-token/96b7753d8e314763a196bb620423f685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