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Clustering Result #35 — Analysis Report</w:t>
      </w:r>
    </w:p>
    <w:p>
      <w:r>
        <w:t>Generated 2026-09-21 02:39:26 · 1 run(s) · CAT-G Data Analyzer</w:t>
      </w:r>
    </w:p>
    <w:p>
      <w:pPr>
        <w:pStyle w:val="Heading2"/>
      </w:pPr>
      <w:r>
        <w:t>1. kmeans (#35)</w:t>
      </w:r>
    </w:p>
    <w:p>
      <w:r>
        <w:t>2026-09-21 02:18:13 · clustering · status: completed</w:t>
      </w:r>
    </w:p>
    <w:p>
      <w:r>
        <w:rPr>
          <w:i/>
        </w:rPr>
        <w:t>Clustering split 150 samples into 3 clusters (mean silhouette 0.349).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kmeans</w:t>
            </w:r>
          </w:p>
        </w:tc>
      </w:tr>
      <w:tr>
        <w:tc>
          <w:tcPr>
            <w:tcW w:type="dxa" w:w="4320"/>
          </w:tcPr>
          <w:p>
            <w:r>
              <w:t>k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silhouette</w:t>
            </w:r>
          </w:p>
        </w:tc>
        <w:tc>
          <w:tcPr>
            <w:tcW w:type="dxa" w:w="4320"/>
          </w:tcPr>
          <w:p>
            <w:r>
              <w:t>0.348815</w:t>
            </w:r>
          </w:p>
        </w:tc>
      </w:tr>
      <w:tr>
        <w:tc>
          <w:tcPr>
            <w:tcW w:type="dxa" w:w="4320"/>
          </w:tcPr>
          <w:p>
            <w:r>
              <w:t>n_rows</w:t>
            </w:r>
          </w:p>
        </w:tc>
        <w:tc>
          <w:tcPr>
            <w:tcW w:type="dxa" w:w="4320"/>
          </w:tcPr>
          <w:p>
            <w:r>
              <w:t>150</w:t>
            </w:r>
          </w:p>
        </w:tc>
      </w:tr>
      <w:tr>
        <w:tc>
          <w:tcPr>
            <w:tcW w:type="dxa" w:w="4320"/>
          </w:tcPr>
          <w:p>
            <w:r>
              <w:t>n_dropped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derived_dataset_id</w:t>
            </w:r>
          </w:p>
        </w:tc>
        <w:tc>
          <w:tcPr>
            <w:tcW w:type="dxa" w:w="4320"/>
          </w:tcPr>
          <w:p>
            <w:r>
              <w:t>723</w:t>
            </w:r>
          </w:p>
        </w:tc>
      </w:tr>
    </w:tbl>
    <w:p>
      <w:pPr>
        <w:pStyle w:val="Heading3"/>
      </w:pPr>
      <w:r>
        <w:t>sizes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0</w:t>
            </w:r>
          </w:p>
        </w:tc>
        <w:tc>
          <w:tcPr>
            <w:tcW w:type="dxa" w:w="4320"/>
          </w:tcPr>
          <w:p>
            <w:r>
              <w:t>120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15</w:t>
            </w:r>
          </w:p>
        </w:tc>
      </w:tr>
      <w:tr>
        <w:tc>
          <w:tcPr>
            <w:tcW w:type="dxa" w:w="4320"/>
          </w:tcPr>
          <w:p>
            <w:r>
              <w:t>2</w:t>
            </w:r>
          </w:p>
        </w:tc>
        <w:tc>
          <w:tcPr>
            <w:tcW w:type="dxa" w:w="4320"/>
          </w:tcPr>
          <w:p>
            <w:r>
              <w:t>15</w:t>
            </w:r>
          </w:p>
        </w:tc>
      </w:tr>
    </w:tbl>
    <w:p>
      <w:pPr>
        <w:pStyle w:val="Heading3"/>
      </w:pPr>
      <w:r>
        <w:t>inertia sweep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2</w:t>
            </w:r>
          </w:p>
        </w:tc>
        <w:tc>
          <w:tcPr>
            <w:tcW w:type="dxa" w:w="4320"/>
          </w:tcPr>
          <w:p>
            <w:r>
              <w:t>7622.387217</w:t>
            </w:r>
          </w:p>
        </w:tc>
      </w:tr>
      <w:tr>
        <w:tc>
          <w:tcPr>
            <w:tcW w:type="dxa" w:w="4320"/>
          </w:tcPr>
          <w:p>
            <w:r>
              <w:t>3</w:t>
            </w:r>
          </w:p>
        </w:tc>
        <w:tc>
          <w:tcPr>
            <w:tcW w:type="dxa" w:w="4320"/>
          </w:tcPr>
          <w:p>
            <w:r>
              <w:t>6661.63414</w:t>
            </w:r>
          </w:p>
        </w:tc>
      </w:tr>
      <w:tr>
        <w:tc>
          <w:tcPr>
            <w:tcW w:type="dxa" w:w="4320"/>
          </w:tcPr>
          <w:p>
            <w:r>
              <w:t>4</w:t>
            </w:r>
          </w:p>
        </w:tc>
        <w:tc>
          <w:tcPr>
            <w:tcW w:type="dxa" w:w="4320"/>
          </w:tcPr>
          <w:p>
            <w:r>
              <w:t>6197.62538</w:t>
            </w:r>
          </w:p>
        </w:tc>
      </w:tr>
      <w:tr>
        <w:tc>
          <w:tcPr>
            <w:tcW w:type="dxa" w:w="4320"/>
          </w:tcPr>
          <w:p>
            <w:r>
              <w:t>5</w:t>
            </w:r>
          </w:p>
        </w:tc>
        <w:tc>
          <w:tcPr>
            <w:tcW w:type="dxa" w:w="4320"/>
          </w:tcPr>
          <w:p>
            <w:r>
              <w:t>5589.571419</w:t>
            </w:r>
          </w:p>
        </w:tc>
      </w:tr>
      <w:tr>
        <w:tc>
          <w:tcPr>
            <w:tcW w:type="dxa" w:w="4320"/>
          </w:tcPr>
          <w:p>
            <w:r>
              <w:t>6</w:t>
            </w:r>
          </w:p>
        </w:tc>
        <w:tc>
          <w:tcPr>
            <w:tcW w:type="dxa" w:w="4320"/>
          </w:tcPr>
          <w:p>
            <w:r>
              <w:t>5319.345703</w:t>
            </w:r>
          </w:p>
        </w:tc>
      </w:tr>
      <w:tr>
        <w:tc>
          <w:tcPr>
            <w:tcW w:type="dxa" w:w="4320"/>
          </w:tcPr>
          <w:p>
            <w:r>
              <w:t>7</w:t>
            </w:r>
          </w:p>
        </w:tc>
        <w:tc>
          <w:tcPr>
            <w:tcW w:type="dxa" w:w="4320"/>
          </w:tcPr>
          <w:p>
            <w:r>
              <w:t>4789.599972</w:t>
            </w:r>
          </w:p>
        </w:tc>
      </w:tr>
      <w:tr>
        <w:tc>
          <w:tcPr>
            <w:tcW w:type="dxa" w:w="4320"/>
          </w:tcPr>
          <w:p>
            <w:r>
              <w:t>8</w:t>
            </w:r>
          </w:p>
        </w:tc>
        <w:tc>
          <w:tcPr>
            <w:tcW w:type="dxa" w:w="4320"/>
          </w:tcPr>
          <w:p>
            <w:r>
              <w:t>4433.637965</w:t>
            </w:r>
          </w:p>
        </w:tc>
      </w:tr>
      <w:tr>
        <w:tc>
          <w:tcPr>
            <w:tcW w:type="dxa" w:w="4320"/>
          </w:tcPr>
          <w:p>
            <w:r>
              <w:t>9</w:t>
            </w:r>
          </w:p>
        </w:tc>
        <w:tc>
          <w:tcPr>
            <w:tcW w:type="dxa" w:w="4320"/>
          </w:tcPr>
          <w:p>
            <w:r>
              <w:t>4054.299986</w:t>
            </w:r>
          </w:p>
        </w:tc>
      </w:tr>
      <w:tr>
        <w:tc>
          <w:tcPr>
            <w:tcW w:type="dxa" w:w="4320"/>
          </w:tcPr>
          <w:p>
            <w:r>
              <w:t>10</w:t>
            </w:r>
          </w:p>
        </w:tc>
        <w:tc>
          <w:tcPr>
            <w:tcW w:type="dxa" w:w="4320"/>
          </w:tcPr>
          <w:p>
            <w:r>
              <w:t>3834.379517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357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cluster scatter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silhouette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elbow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Clustering — K-Means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cat_g_proteomics_omics_only.csv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02:18:13.933986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https://cat-g-omxpert.wishartlab.com/results/by-token/353bac72a0db47cbbc54087c03123afd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cluster_method</w:t>
            </w:r>
          </w:p>
        </w:tc>
        <w:tc>
          <w:tcPr>
            <w:tcW w:type="dxa" w:w="4320"/>
          </w:tcPr>
          <w:p>
            <w:r>
              <w:t>kmeans</w:t>
            </w:r>
          </w:p>
        </w:tc>
      </w:tr>
      <w:tr>
        <w:tc>
          <w:tcPr>
            <w:tcW w:type="dxa" w:w="4320"/>
          </w:tcPr>
          <w:p>
            <w:r>
              <w:t>feature_cols</w:t>
            </w:r>
          </w:p>
        </w:tc>
        <w:tc>
          <w:tcPr>
            <w:tcW w:type="dxa" w:w="4320"/>
          </w:tcPr>
          <w:p>
            <w:r>
              <w:t>Psat1g153760.1;Psat2g159360.1, Psat4g000800.1, Psat7g234480.1, Psat6g170320.2, P13918;Psat0s5g0160.1;Psat5g199920.1, Psat0s3063g0160.1, Psat0s1401g0040.1, Psat1g046920.1;Psat3g040960.1;Psat6g072360.3, Psat4g103520.1, A0A0K0KZR1, Psat0s1587g0080.1, D3VNE1;D3VNE2, Psat3g204960.1, Psat4g152760.1, Psat3g066960.1;Psat4g123280.1, Psat1g060840.1, Psat3g040960.1;Q04593, Psat4g095120.1, P82333, Psat0s2970g0080.1, Psat2g102880.1, Psat5g016560.1, Psat0s2008g0040.2;Psat1g060840.1, Psat1g141040.1;Psat1g141080.3, Psat2g028040.1, Psat2g036360.1;Psat2g036520.1, Psat5g111120.1, Psat1g136200.1, Psat1g046920.1;Psat3g040960.1, P19251, Q9SSY8, Psat1g107440.1;Psat2g149200.1;Psat4g184760.1;Psat4g185080.1, Psat6g235800.1;Psat6g235800.2, Psat2g036360.1;Psat2g036480.1;Psat2g036520.1, Q7M228, Q8LP17, Psat1g046920.1;Psat3g040960.1;Q04593, Psat1g107440.1;Psat4g184440.1, Psat1g046920.1;Psat3g040960.1;Psat6g182520.1;Q04593, Psat6g178400.1, A0A432N9M1, Psat6g054880.1, Psat4g213880.1, Psat2g036480.1, Psat7g102240.1, Psat0s1664g0080.1, Psat1g130000.1, A0A432NQN8, Psat3g094480.1, Psat1g046920.1;Psat3g040960.1;Psat6g072360.3;Psat6g182520.1, Psat3g197600.1, Q8VX19, Psat4g184440.1;Psat4g184760.1, Psat2g169200.1, Psat1g194520.1;Psat7g068160.1, Psat3g010120.1, Psat4g194120.1, Psat2g183320.1;Psat3g179120.1, Psat2g028440.1, P51082</w:t>
            </w:r>
          </w:p>
        </w:tc>
      </w:tr>
      <w:tr>
        <w:tc>
          <w:tcPr>
            <w:tcW w:type="dxa" w:w="4320"/>
          </w:tcPr>
          <w:p>
            <w:r>
              <w:t>n_clusters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sklearn.cluster import KMeans</w:t>
      </w:r>
    </w:p>
    <w:p>
      <w:r>
        <w:rPr>
          <w:rFonts w:ascii="Courier New" w:hAnsi="Courier New"/>
        </w:rPr>
        <w:t># python</w:t>
        <w:br/>
        <w:t>labels = KMeans(n_clusters=3, n_init=10, random_state=42).fit_predict(X)</w:t>
      </w:r>
    </w:p>
    <w:p>
      <w:r>
        <w:rPr>
          <w:rFonts w:ascii="Courier New" w:hAnsi="Courier New"/>
        </w:rPr>
        <w:t># python</w:t>
        <w:br/>
        <w:t>silhouette = sklearn.metrics.silhouette_score(X, labels)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