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#139 — Analysis Report</w:t>
      </w:r>
    </w:p>
    <w:p>
      <w:r>
        <w:t>Generated 2026-09-21 02:35:52 · 1 run(s) · CAT-G Data Analyzer</w:t>
      </w:r>
    </w:p>
    <w:p>
      <w:pPr>
        <w:pStyle w:val="Heading2"/>
      </w:pPr>
      <w:r>
        <w:t>1. random forest (#139)</w:t>
      </w:r>
    </w:p>
    <w:p>
      <w:r>
        <w:t>2026-09-21 02:11:43 · random_forest · status: completed</w:t>
      </w:r>
    </w:p>
    <w:p>
      <w:r>
        <w:rPr>
          <w:i/>
        </w:rPr>
        <w:t>The model explains 53.4%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0.534495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0.020216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40.124996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3.35536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0.001104</w:t>
            </w:r>
          </w:p>
        </w:tc>
        <w:tc>
          <w:tcPr>
            <w:tcW w:type="dxa" w:w="2880"/>
          </w:tcPr>
          <w:p>
            <w:r>
              <w:t>0.001748</w:t>
            </w:r>
          </w:p>
        </w:tc>
      </w:tr>
      <w:tr>
        <w:tc>
          <w:tcPr>
            <w:tcW w:type="dxa" w:w="2880"/>
          </w:tcPr>
          <w:p>
            <w:r>
              <w:t>LAT</w:t>
            </w:r>
          </w:p>
        </w:tc>
        <w:tc>
          <w:tcPr>
            <w:tcW w:type="dxa" w:w="2880"/>
          </w:tcPr>
          <w:p>
            <w:r>
              <w:t>0.00181</w:t>
            </w:r>
          </w:p>
        </w:tc>
        <w:tc>
          <w:tcPr>
            <w:tcW w:type="dxa" w:w="2880"/>
          </w:tcPr>
          <w:p>
            <w:r>
              <w:t>0.000957</w:t>
            </w:r>
          </w:p>
        </w:tc>
      </w:tr>
      <w:tr>
        <w:tc>
          <w:tcPr>
            <w:tcW w:type="dxa" w:w="2880"/>
          </w:tcPr>
          <w:p>
            <w:r>
              <w:t>LONG</w:t>
            </w:r>
          </w:p>
        </w:tc>
        <w:tc>
          <w:tcPr>
            <w:tcW w:type="dxa" w:w="2880"/>
          </w:tcPr>
          <w:p>
            <w:r>
              <w:t>0.002725</w:t>
            </w:r>
          </w:p>
        </w:tc>
        <w:tc>
          <w:tcPr>
            <w:tcW w:type="dxa" w:w="2880"/>
          </w:tcPr>
          <w:p>
            <w:r>
              <w:t>0.002277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0.002134</w:t>
            </w:r>
          </w:p>
        </w:tc>
        <w:tc>
          <w:tcPr>
            <w:tcW w:type="dxa" w:w="2880"/>
          </w:tcPr>
          <w:p>
            <w:r>
              <w:t>0.00171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0.002311</w:t>
            </w:r>
          </w:p>
        </w:tc>
        <w:tc>
          <w:tcPr>
            <w:tcW w:type="dxa" w:w="2880"/>
          </w:tcPr>
          <w:p>
            <w:r>
              <w:t>0.003533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0.001566</w:t>
            </w:r>
          </w:p>
        </w:tc>
        <w:tc>
          <w:tcPr>
            <w:tcW w:type="dxa" w:w="2880"/>
          </w:tcPr>
          <w:p>
            <w:r>
              <w:t>0.003499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0.016012</w:t>
            </w:r>
          </w:p>
        </w:tc>
        <w:tc>
          <w:tcPr>
            <w:tcW w:type="dxa" w:w="2880"/>
          </w:tcPr>
          <w:p>
            <w:r>
              <w:t>0.006552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0.011141</w:t>
            </w:r>
          </w:p>
        </w:tc>
        <w:tc>
          <w:tcPr>
            <w:tcW w:type="dxa" w:w="2880"/>
          </w:tcPr>
          <w:p>
            <w:r>
              <w:t>0.012211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-0.000762</w:t>
            </w:r>
          </w:p>
        </w:tc>
        <w:tc>
          <w:tcPr>
            <w:tcW w:type="dxa" w:w="2880"/>
          </w:tcPr>
          <w:p>
            <w:r>
              <w:t>0.006243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-0.002819</w:t>
            </w:r>
          </w:p>
        </w:tc>
        <w:tc>
          <w:tcPr>
            <w:tcW w:type="dxa" w:w="2880"/>
          </w:tcPr>
          <w:p>
            <w:r>
              <w:t>0.005171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0.092551</w:t>
            </w:r>
          </w:p>
        </w:tc>
      </w:tr>
      <w:tr>
        <w:tc>
          <w:tcPr>
            <w:tcW w:type="dxa" w:w="4320"/>
          </w:tcPr>
          <w:p>
            <w:r>
              <w:t>LAT</w:t>
            </w:r>
          </w:p>
        </w:tc>
        <w:tc>
          <w:tcPr>
            <w:tcW w:type="dxa" w:w="4320"/>
          </w:tcPr>
          <w:p>
            <w:r>
              <w:t>0.199099</w:t>
            </w:r>
          </w:p>
        </w:tc>
      </w:tr>
      <w:tr>
        <w:tc>
          <w:tcPr>
            <w:tcW w:type="dxa" w:w="4320"/>
          </w:tcPr>
          <w:p>
            <w:r>
              <w:t>LONG</w:t>
            </w:r>
          </w:p>
        </w:tc>
        <w:tc>
          <w:tcPr>
            <w:tcW w:type="dxa" w:w="4320"/>
          </w:tcPr>
          <w:p>
            <w:r>
              <w:t>0.047196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0.111703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0.050621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0.06099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0.221387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0.734706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0.240267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0.192217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0.562705</w:t>
            </w:r>
          </w:p>
        </w:tc>
        <w:tc>
          <w:tcPr>
            <w:tcW w:type="dxa" w:w="4320"/>
          </w:tcPr>
          <w:p>
            <w:r>
              <w:t>44.270396</w:t>
            </w:r>
          </w:p>
        </w:tc>
      </w:tr>
      <w:tr>
        <w:tc>
          <w:tcPr>
            <w:tcW w:type="dxa" w:w="4320"/>
          </w:tcPr>
          <w:p>
            <w:r>
              <w:t>0.516368</w:t>
            </w:r>
          </w:p>
        </w:tc>
        <w:tc>
          <w:tcPr>
            <w:tcW w:type="dxa" w:w="4320"/>
          </w:tcPr>
          <w:p>
            <w:r>
              <w:t>40.052147</w:t>
            </w:r>
          </w:p>
        </w:tc>
      </w:tr>
      <w:tr>
        <w:tc>
          <w:tcPr>
            <w:tcW w:type="dxa" w:w="4320"/>
          </w:tcPr>
          <w:p>
            <w:r>
              <w:t>0.52441</w:t>
            </w:r>
          </w:p>
        </w:tc>
        <w:tc>
          <w:tcPr>
            <w:tcW w:type="dxa" w:w="4320"/>
          </w:tcPr>
          <w:p>
            <w:r>
              <w:t>36.052445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 (preprocessed)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02:11:43.291308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https://cat-g-omxpert.wishartlab.com/results/by-token/4ae9de70c16e41858d39d893714e9650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