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Random Forest Result #138 — Analysis Report</w:t>
      </w:r>
    </w:p>
    <w:p>
      <w:r>
        <w:t>Generated 2026-09-21 02:35:40 · 1 run(s) · CAT-G Data Analyzer</w:t>
      </w:r>
    </w:p>
    <w:p>
      <w:pPr>
        <w:pStyle w:val="Heading2"/>
      </w:pPr>
      <w:r>
        <w:t>1. random forest (#138)</w:t>
      </w:r>
    </w:p>
    <w:p>
      <w:r>
        <w:t>2026-09-21 02:11:08 · random_forest · status: completed</w:t>
      </w:r>
    </w:p>
    <w:p>
      <w:r>
        <w:rPr>
          <w:i/>
        </w:rPr>
        <w:t>The model explains 54.4% of the variance in the target under cross-validation.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r2_mean</w:t>
            </w:r>
          </w:p>
        </w:tc>
        <w:tc>
          <w:tcPr>
            <w:tcW w:type="dxa" w:w="4320"/>
          </w:tcPr>
          <w:p>
            <w:r>
              <w:t>0.544146</w:t>
            </w:r>
          </w:p>
        </w:tc>
      </w:tr>
      <w:tr>
        <w:tc>
          <w:tcPr>
            <w:tcW w:type="dxa" w:w="4320"/>
          </w:tcPr>
          <w:p>
            <w:r>
              <w:t>r2_std</w:t>
            </w:r>
          </w:p>
        </w:tc>
        <w:tc>
          <w:tcPr>
            <w:tcW w:type="dxa" w:w="4320"/>
          </w:tcPr>
          <w:p>
            <w:r>
              <w:t>0.01283</w:t>
            </w:r>
          </w:p>
        </w:tc>
      </w:tr>
      <w:tr>
        <w:tc>
          <w:tcPr>
            <w:tcW w:type="dxa" w:w="4320"/>
          </w:tcPr>
          <w:p>
            <w:r>
              <w:t>mse_mean</w:t>
            </w:r>
          </w:p>
        </w:tc>
        <w:tc>
          <w:tcPr>
            <w:tcW w:type="dxa" w:w="4320"/>
          </w:tcPr>
          <w:p>
            <w:r>
              <w:t>39.370091</w:t>
            </w:r>
          </w:p>
        </w:tc>
      </w:tr>
      <w:tr>
        <w:tc>
          <w:tcPr>
            <w:tcW w:type="dxa" w:w="4320"/>
          </w:tcPr>
          <w:p>
            <w:r>
              <w:t>mse_std</w:t>
            </w:r>
          </w:p>
        </w:tc>
        <w:tc>
          <w:tcPr>
            <w:tcW w:type="dxa" w:w="4320"/>
          </w:tcPr>
          <w:p>
            <w:r>
              <w:t>4.061467</w:t>
            </w:r>
          </w:p>
        </w:tc>
      </w:tr>
    </w:tbl>
    <w:p>
      <w:pPr>
        <w:pStyle w:val="Heading3"/>
      </w:pPr>
      <w:r>
        <w:t>permutation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name</w:t>
            </w:r>
          </w:p>
        </w:tc>
        <w:tc>
          <w:tcPr>
            <w:tcW w:type="dxa" w:w="2880"/>
          </w:tcPr>
          <w:p>
            <w:r>
              <w:t>mean</w:t>
            </w:r>
          </w:p>
        </w:tc>
        <w:tc>
          <w:tcPr>
            <w:tcW w:type="dxa" w:w="2880"/>
          </w:tcPr>
          <w:p>
            <w:r>
              <w:t>std</w:t>
            </w:r>
          </w:p>
        </w:tc>
      </w:tr>
      <w:tr>
        <w:tc>
          <w:tcPr>
            <w:tcW w:type="dxa" w:w="2880"/>
          </w:tcPr>
          <w:p>
            <w:r>
              <w:t>PLOT</w:t>
            </w:r>
          </w:p>
        </w:tc>
        <w:tc>
          <w:tcPr>
            <w:tcW w:type="dxa" w:w="2880"/>
          </w:tcPr>
          <w:p>
            <w:r>
              <w:t>0.000306</w:t>
            </w:r>
          </w:p>
        </w:tc>
        <w:tc>
          <w:tcPr>
            <w:tcW w:type="dxa" w:w="2880"/>
          </w:tcPr>
          <w:p>
            <w:r>
              <w:t>0.000724</w:t>
            </w:r>
          </w:p>
        </w:tc>
      </w:tr>
      <w:tr>
        <w:tc>
          <w:tcPr>
            <w:tcW w:type="dxa" w:w="2880"/>
          </w:tcPr>
          <w:p>
            <w:r>
              <w:t>LAT</w:t>
            </w:r>
          </w:p>
        </w:tc>
        <w:tc>
          <w:tcPr>
            <w:tcW w:type="dxa" w:w="2880"/>
          </w:tcPr>
          <w:p>
            <w:r>
              <w:t>0.007732</w:t>
            </w:r>
          </w:p>
        </w:tc>
        <w:tc>
          <w:tcPr>
            <w:tcW w:type="dxa" w:w="2880"/>
          </w:tcPr>
          <w:p>
            <w:r>
              <w:t>0.001774</w:t>
            </w:r>
          </w:p>
        </w:tc>
      </w:tr>
      <w:tr>
        <w:tc>
          <w:tcPr>
            <w:tcW w:type="dxa" w:w="2880"/>
          </w:tcPr>
          <w:p>
            <w:r>
              <w:t>LONG</w:t>
            </w:r>
          </w:p>
        </w:tc>
        <w:tc>
          <w:tcPr>
            <w:tcW w:type="dxa" w:w="2880"/>
          </w:tcPr>
          <w:p>
            <w:r>
              <w:t>0.001503</w:t>
            </w:r>
          </w:p>
        </w:tc>
        <w:tc>
          <w:tcPr>
            <w:tcW w:type="dxa" w:w="2880"/>
          </w:tcPr>
          <w:p>
            <w:r>
              <w:t>0.00154</w:t>
            </w:r>
          </w:p>
        </w:tc>
      </w:tr>
      <w:tr>
        <w:tc>
          <w:tcPr>
            <w:tcW w:type="dxa" w:w="2880"/>
          </w:tcPr>
          <w:p>
            <w:r>
              <w:t>ENV_SOILNH4</w:t>
            </w:r>
          </w:p>
        </w:tc>
        <w:tc>
          <w:tcPr>
            <w:tcW w:type="dxa" w:w="2880"/>
          </w:tcPr>
          <w:p>
            <w:r>
              <w:t>0.003629</w:t>
            </w:r>
          </w:p>
        </w:tc>
        <w:tc>
          <w:tcPr>
            <w:tcW w:type="dxa" w:w="2880"/>
          </w:tcPr>
          <w:p>
            <w:r>
              <w:t>0.002743</w:t>
            </w:r>
          </w:p>
        </w:tc>
      </w:tr>
      <w:tr>
        <w:tc>
          <w:tcPr>
            <w:tcW w:type="dxa" w:w="2880"/>
          </w:tcPr>
          <w:p>
            <w:r>
              <w:t>ENV_SOILNO3</w:t>
            </w:r>
          </w:p>
        </w:tc>
        <w:tc>
          <w:tcPr>
            <w:tcW w:type="dxa" w:w="2880"/>
          </w:tcPr>
          <w:p>
            <w:r>
              <w:t>-0.000594</w:t>
            </w:r>
          </w:p>
        </w:tc>
        <w:tc>
          <w:tcPr>
            <w:tcW w:type="dxa" w:w="2880"/>
          </w:tcPr>
          <w:p>
            <w:r>
              <w:t>0.002811</w:t>
            </w:r>
          </w:p>
        </w:tc>
      </w:tr>
      <w:tr>
        <w:tc>
          <w:tcPr>
            <w:tcW w:type="dxa" w:w="2880"/>
          </w:tcPr>
          <w:p>
            <w:r>
              <w:t>ENV_SOILP</w:t>
            </w:r>
          </w:p>
        </w:tc>
        <w:tc>
          <w:tcPr>
            <w:tcW w:type="dxa" w:w="2880"/>
          </w:tcPr>
          <w:p>
            <w:r>
              <w:t>0.000928</w:t>
            </w:r>
          </w:p>
        </w:tc>
        <w:tc>
          <w:tcPr>
            <w:tcW w:type="dxa" w:w="2880"/>
          </w:tcPr>
          <w:p>
            <w:r>
              <w:t>0.00248</w:t>
            </w:r>
          </w:p>
        </w:tc>
      </w:tr>
      <w:tr>
        <w:tc>
          <w:tcPr>
            <w:tcW w:type="dxa" w:w="2880"/>
          </w:tcPr>
          <w:p>
            <w:r>
              <w:t>ENV_SOILOC</w:t>
            </w:r>
          </w:p>
        </w:tc>
        <w:tc>
          <w:tcPr>
            <w:tcW w:type="dxa" w:w="2880"/>
          </w:tcPr>
          <w:p>
            <w:r>
              <w:t>0.01288</w:t>
            </w:r>
          </w:p>
        </w:tc>
        <w:tc>
          <w:tcPr>
            <w:tcW w:type="dxa" w:w="2880"/>
          </w:tcPr>
          <w:p>
            <w:r>
              <w:t>0.008753</w:t>
            </w:r>
          </w:p>
        </w:tc>
      </w:tr>
      <w:tr>
        <w:tc>
          <w:tcPr>
            <w:tcW w:type="dxa" w:w="2880"/>
          </w:tcPr>
          <w:p>
            <w:r>
              <w:t>ENV_SOILTN</w:t>
            </w:r>
          </w:p>
        </w:tc>
        <w:tc>
          <w:tcPr>
            <w:tcW w:type="dxa" w:w="2880"/>
          </w:tcPr>
          <w:p>
            <w:r>
              <w:t>0.011657</w:t>
            </w:r>
          </w:p>
        </w:tc>
        <w:tc>
          <w:tcPr>
            <w:tcW w:type="dxa" w:w="2880"/>
          </w:tcPr>
          <w:p>
            <w:r>
              <w:t>0.002143</w:t>
            </w:r>
          </w:p>
        </w:tc>
      </w:tr>
      <w:tr>
        <w:tc>
          <w:tcPr>
            <w:tcW w:type="dxa" w:w="2880"/>
          </w:tcPr>
          <w:p>
            <w:r>
              <w:t>ENV_SOILTC</w:t>
            </w:r>
          </w:p>
        </w:tc>
        <w:tc>
          <w:tcPr>
            <w:tcW w:type="dxa" w:w="2880"/>
          </w:tcPr>
          <w:p>
            <w:r>
              <w:t>0.00416</w:t>
            </w:r>
          </w:p>
        </w:tc>
        <w:tc>
          <w:tcPr>
            <w:tcW w:type="dxa" w:w="2880"/>
          </w:tcPr>
          <w:p>
            <w:r>
              <w:t>0.007555</w:t>
            </w:r>
          </w:p>
        </w:tc>
      </w:tr>
      <w:tr>
        <w:tc>
          <w:tcPr>
            <w:tcW w:type="dxa" w:w="2880"/>
          </w:tcPr>
          <w:p>
            <w:r>
              <w:t>ENV_PH</w:t>
            </w:r>
          </w:p>
        </w:tc>
        <w:tc>
          <w:tcPr>
            <w:tcW w:type="dxa" w:w="2880"/>
          </w:tcPr>
          <w:p>
            <w:r>
              <w:t>-0.002956</w:t>
            </w:r>
          </w:p>
        </w:tc>
        <w:tc>
          <w:tcPr>
            <w:tcW w:type="dxa" w:w="2880"/>
          </w:tcPr>
          <w:p>
            <w:r>
              <w:t>0.00333</w:t>
            </w:r>
          </w:p>
        </w:tc>
      </w:tr>
    </w:tbl>
    <w:p>
      <w:pPr>
        <w:pStyle w:val="Heading3"/>
      </w:pPr>
      <w:r>
        <w:t>shap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mean_abs</w:t>
            </w:r>
          </w:p>
        </w:tc>
      </w:tr>
      <w:tr>
        <w:tc>
          <w:tcPr>
            <w:tcW w:type="dxa" w:w="4320"/>
          </w:tcPr>
          <w:p>
            <w:r>
              <w:t>PLOT</w:t>
            </w:r>
          </w:p>
        </w:tc>
        <w:tc>
          <w:tcPr>
            <w:tcW w:type="dxa" w:w="4320"/>
          </w:tcPr>
          <w:p>
            <w:r>
              <w:t>0.086385</w:t>
            </w:r>
          </w:p>
        </w:tc>
      </w:tr>
      <w:tr>
        <w:tc>
          <w:tcPr>
            <w:tcW w:type="dxa" w:w="4320"/>
          </w:tcPr>
          <w:p>
            <w:r>
              <w:t>LAT</w:t>
            </w:r>
          </w:p>
        </w:tc>
        <w:tc>
          <w:tcPr>
            <w:tcW w:type="dxa" w:w="4320"/>
          </w:tcPr>
          <w:p>
            <w:r>
              <w:t>0.241393</w:t>
            </w:r>
          </w:p>
        </w:tc>
      </w:tr>
      <w:tr>
        <w:tc>
          <w:tcPr>
            <w:tcW w:type="dxa" w:w="4320"/>
          </w:tcPr>
          <w:p>
            <w:r>
              <w:t>LONG</w:t>
            </w:r>
          </w:p>
        </w:tc>
        <w:tc>
          <w:tcPr>
            <w:tcW w:type="dxa" w:w="4320"/>
          </w:tcPr>
          <w:p>
            <w:r>
              <w:t>0.050582</w:t>
            </w:r>
          </w:p>
        </w:tc>
      </w:tr>
      <w:tr>
        <w:tc>
          <w:tcPr>
            <w:tcW w:type="dxa" w:w="4320"/>
          </w:tcPr>
          <w:p>
            <w:r>
              <w:t>ENV_SOILNH4</w:t>
            </w:r>
          </w:p>
        </w:tc>
        <w:tc>
          <w:tcPr>
            <w:tcW w:type="dxa" w:w="4320"/>
          </w:tcPr>
          <w:p>
            <w:r>
              <w:t>0.09909</w:t>
            </w:r>
          </w:p>
        </w:tc>
      </w:tr>
      <w:tr>
        <w:tc>
          <w:tcPr>
            <w:tcW w:type="dxa" w:w="4320"/>
          </w:tcPr>
          <w:p>
            <w:r>
              <w:t>ENV_SOILNO3</w:t>
            </w:r>
          </w:p>
        </w:tc>
        <w:tc>
          <w:tcPr>
            <w:tcW w:type="dxa" w:w="4320"/>
          </w:tcPr>
          <w:p>
            <w:r>
              <w:t>0.068239</w:t>
            </w:r>
          </w:p>
        </w:tc>
      </w:tr>
      <w:tr>
        <w:tc>
          <w:tcPr>
            <w:tcW w:type="dxa" w:w="4320"/>
          </w:tcPr>
          <w:p>
            <w:r>
              <w:t>ENV_SOILP</w:t>
            </w:r>
          </w:p>
        </w:tc>
        <w:tc>
          <w:tcPr>
            <w:tcW w:type="dxa" w:w="4320"/>
          </w:tcPr>
          <w:p>
            <w:r>
              <w:t>0.055237</w:t>
            </w:r>
          </w:p>
        </w:tc>
      </w:tr>
      <w:tr>
        <w:tc>
          <w:tcPr>
            <w:tcW w:type="dxa" w:w="4320"/>
          </w:tcPr>
          <w:p>
            <w:r>
              <w:t>ENV_SOILOC</w:t>
            </w:r>
          </w:p>
        </w:tc>
        <w:tc>
          <w:tcPr>
            <w:tcW w:type="dxa" w:w="4320"/>
          </w:tcPr>
          <w:p>
            <w:r>
              <w:t>0.104043</w:t>
            </w:r>
          </w:p>
        </w:tc>
      </w:tr>
      <w:tr>
        <w:tc>
          <w:tcPr>
            <w:tcW w:type="dxa" w:w="4320"/>
          </w:tcPr>
          <w:p>
            <w:r>
              <w:t>ENV_SOILTN</w:t>
            </w:r>
          </w:p>
        </w:tc>
        <w:tc>
          <w:tcPr>
            <w:tcW w:type="dxa" w:w="4320"/>
          </w:tcPr>
          <w:p>
            <w:r>
              <w:t>0.720728</w:t>
            </w:r>
          </w:p>
        </w:tc>
      </w:tr>
      <w:tr>
        <w:tc>
          <w:tcPr>
            <w:tcW w:type="dxa" w:w="4320"/>
          </w:tcPr>
          <w:p>
            <w:r>
              <w:t>ENV_SOILTC</w:t>
            </w:r>
          </w:p>
        </w:tc>
        <w:tc>
          <w:tcPr>
            <w:tcW w:type="dxa" w:w="4320"/>
          </w:tcPr>
          <w:p>
            <w:r>
              <w:t>0.300837</w:t>
            </w:r>
          </w:p>
        </w:tc>
      </w:tr>
      <w:tr>
        <w:tc>
          <w:tcPr>
            <w:tcW w:type="dxa" w:w="4320"/>
          </w:tcPr>
          <w:p>
            <w:r>
              <w:t>ENV_PH</w:t>
            </w:r>
          </w:p>
        </w:tc>
        <w:tc>
          <w:tcPr>
            <w:tcW w:type="dxa" w:w="4320"/>
          </w:tcPr>
          <w:p>
            <w:r>
              <w:t>0.173977</w:t>
            </w:r>
          </w:p>
        </w:tc>
      </w:tr>
    </w:tbl>
    <w:p>
      <w:pPr>
        <w:pStyle w:val="Heading3"/>
      </w:pPr>
      <w:r>
        <w:t>split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r2</w:t>
            </w:r>
          </w:p>
        </w:tc>
        <w:tc>
          <w:tcPr>
            <w:tcW w:type="dxa" w:w="4320"/>
          </w:tcPr>
          <w:p>
            <w:r>
              <w:t>mse</w:t>
            </w:r>
          </w:p>
        </w:tc>
      </w:tr>
      <w:tr>
        <w:tc>
          <w:tcPr>
            <w:tcW w:type="dxa" w:w="4320"/>
          </w:tcPr>
          <w:p>
            <w:r>
              <w:t>0.559827</w:t>
            </w:r>
          </w:p>
        </w:tc>
        <w:tc>
          <w:tcPr>
            <w:tcW w:type="dxa" w:w="4320"/>
          </w:tcPr>
          <w:p>
            <w:r>
              <w:t>44.486553</w:t>
            </w:r>
          </w:p>
        </w:tc>
      </w:tr>
      <w:tr>
        <w:tc>
          <w:tcPr>
            <w:tcW w:type="dxa" w:w="4320"/>
          </w:tcPr>
          <w:p>
            <w:r>
              <w:t>0.528399</w:t>
            </w:r>
          </w:p>
        </w:tc>
        <w:tc>
          <w:tcPr>
            <w:tcW w:type="dxa" w:w="4320"/>
          </w:tcPr>
          <w:p>
            <w:r>
              <w:t>39.072311</w:t>
            </w:r>
          </w:p>
        </w:tc>
      </w:tr>
      <w:tr>
        <w:tc>
          <w:tcPr>
            <w:tcW w:type="dxa" w:w="4320"/>
          </w:tcPr>
          <w:p>
            <w:r>
              <w:t>0.544211</w:t>
            </w:r>
          </w:p>
        </w:tc>
        <w:tc>
          <w:tcPr>
            <w:tcW w:type="dxa" w:w="4320"/>
          </w:tcPr>
          <w:p>
            <w:r>
              <w:t>34.551409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694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importance bar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permutation bar</w:t>
      </w:r>
    </w:p>
    <w:p>
      <w:r>
        <w:drawing>
          <wp:inline xmlns:a="http://schemas.openxmlformats.org/drawingml/2006/main" xmlns:pic="http://schemas.openxmlformats.org/drawingml/2006/picture">
            <wp:extent cx="5400000" cy="356949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shap summary</w:t>
      </w:r>
    </w:p>
    <w:p>
      <w:r>
        <w:drawing>
          <wp:inline xmlns:a="http://schemas.openxmlformats.org/drawingml/2006/main" xmlns:pic="http://schemas.openxmlformats.org/drawingml/2006/picture">
            <wp:extent cx="5400000" cy="430594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059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pred vs obs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cv boxplot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Random Forest (Regression)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cat_g_field_data_plots.csv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02:11:08.707331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https://cat-g-omxpert.wishartlab.com/results/by-token/e38fdc04752c42c5a01d7772f67245f3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model_type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PC_SHOOTMASS</w:t>
            </w:r>
          </w:p>
        </w:tc>
      </w:tr>
      <w:tr>
        <w:tc>
          <w:tcPr>
            <w:tcW w:type="dxa" w:w="4320"/>
          </w:tcPr>
          <w:p>
            <w:r>
              <w:t>n_estimators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n_splits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0.25</w:t>
            </w:r>
          </w:p>
        </w:tc>
      </w:tr>
      <w:tr>
        <w:tc>
          <w:tcPr>
            <w:tcW w:type="dxa" w:w="4320"/>
          </w:tcPr>
          <w:p>
            <w:r>
              <w:t>run_univariate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run_permutation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run_shap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permutation_repeats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fdr_threshold</w:t>
            </w:r>
          </w:p>
        </w:tc>
        <w:tc>
          <w:tcPr>
            <w:tcW w:type="dxa" w:w="4320"/>
          </w:tcPr>
          <w:p>
            <w:r>
              <w:t>0.05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sklearn.ensemble import RandomForestRegressor</w:t>
      </w:r>
    </w:p>
    <w:p>
      <w:r>
        <w:rPr>
          <w:rFonts w:ascii="Courier New" w:hAnsi="Courier New"/>
        </w:rPr>
        <w:t># python</w:t>
        <w:br/>
        <w:t>model = RandomForestRegressor(n_estimators=60, random_state=42)</w:t>
      </w:r>
    </w:p>
    <w:p>
      <w:r>
        <w:rPr>
          <w:rFonts w:ascii="Courier New" w:hAnsi="Courier New"/>
        </w:rPr>
        <w:t># python</w:t>
        <w:br/>
        <w:t>scores = sklearn.model_selection.cross_val_score(model, X, y, cv=3)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