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Ml Result Result #101 — Analysis Report</w:t>
      </w:r>
    </w:p>
    <w:p>
      <w:r>
        <w:t>Generated 2026-09-21 02:36:22 · 3 run(s) · CAT-G Data Analyzer</w:t>
      </w:r>
    </w:p>
    <w:p>
      <w:pPr>
        <w:pStyle w:val="Heading2"/>
      </w:pPr>
      <w:r>
        <w:t>1. pipeline stage — preprocessing (#101)</w:t>
      </w:r>
    </w:p>
    <w:p>
      <w:r>
        <w:t>2026-09-21 02:12:52 · ml_result · status: completed</w:t>
      </w:r>
    </w:p>
    <w:p>
      <w:r>
        <w:rPr>
          <w:i/>
        </w:rPr>
        <w:t>Pipeline stage preprocessing: missing values: mean.</w:t>
      </w:r>
    </w:p>
    <w:p>
      <w:pPr>
        <w:pStyle w:val="Heading3"/>
      </w:pPr>
      <w:r>
        <w:t>preprocessing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Field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stage</w:t>
            </w:r>
          </w:p>
        </w:tc>
        <w:tc>
          <w:tcPr>
            <w:tcW w:type="dxa" w:w="4320"/>
          </w:tcPr>
          <w:p>
            <w:r>
              <w:t>preprocessing</w:t>
            </w:r>
          </w:p>
        </w:tc>
      </w:tr>
      <w:tr>
        <w:tc>
          <w:tcPr>
            <w:tcW w:type="dxa" w:w="4320"/>
          </w:tcPr>
          <w:p>
            <w:r>
              <w:t>detail</w:t>
            </w:r>
          </w:p>
        </w:tc>
        <w:tc>
          <w:tcPr>
            <w:tcW w:type="dxa" w:w="4320"/>
          </w:tcPr>
          <w:p>
            <w:r>
              <w:t>missing values: mean</w:t>
            </w:r>
          </w:p>
        </w:tc>
      </w:tr>
    </w:tbl>
    <w:p>
      <w:pPr>
        <w:pStyle w:val="Heading3"/>
      </w:pPr>
      <w:r>
        <w:t>Method &amp; Provenance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Random Forest</w:t>
            </w:r>
          </w:p>
        </w:tc>
      </w:tr>
      <w:tr>
        <w:tc>
          <w:tcPr>
            <w:tcW w:type="dxa" w:w="4320"/>
          </w:tcPr>
          <w:p>
            <w:r>
              <w:t>engine</w:t>
            </w:r>
          </w:p>
        </w:tc>
        <w:tc>
          <w:tcPr>
            <w:tcW w:type="dxa" w:w="4320"/>
          </w:tcPr>
          <w:p>
            <w:r>
              <w:t>Python · scikit-learn 1.8.0</w:t>
            </w:r>
          </w:p>
        </w:tc>
      </w:tr>
      <w:tr>
        <w:tc>
          <w:tcPr>
            <w:tcW w:type="dxa" w:w="4320"/>
          </w:tcPr>
          <w:p>
            <w:r>
              <w:t>datasets</w:t>
            </w:r>
          </w:p>
        </w:tc>
        <w:tc>
          <w:tcPr>
            <w:tcW w:type="dxa" w:w="4320"/>
          </w:tcPr>
          <w:p>
            <w:r>
              <w:t>gallery — cat_g_field_data_plots.csv</w:t>
            </w:r>
          </w:p>
        </w:tc>
      </w:tr>
      <w:tr>
        <w:tc>
          <w:tcPr>
            <w:tcW w:type="dxa" w:w="4320"/>
          </w:tcPr>
          <w:p>
            <w:r>
              <w:t>started</w:t>
            </w:r>
          </w:p>
        </w:tc>
        <w:tc>
          <w:tcPr>
            <w:tcW w:type="dxa" w:w="4320"/>
          </w:tcPr>
          <w:p>
            <w:r>
              <w:t>2026-09-21 02:12:52.641122</w:t>
            </w:r>
          </w:p>
        </w:tc>
      </w:tr>
      <w:tr>
        <w:tc>
          <w:tcPr>
            <w:tcW w:type="dxa" w:w="4320"/>
          </w:tcPr>
          <w:p>
            <w:r>
              <w:t>permanent link</w:t>
            </w:r>
          </w:p>
        </w:tc>
        <w:tc>
          <w:tcPr>
            <w:tcW w:type="dxa" w:w="4320"/>
          </w:tcPr>
          <w:p>
            <w:r>
              <w:t>https://cat-g-omxpert.wishartlab.com/results/by-token/a316fb7a42834890a899475de981b6f9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Parameter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model_type</w:t>
            </w:r>
          </w:p>
        </w:tc>
        <w:tc>
          <w:tcPr>
            <w:tcW w:type="dxa" w:w="4320"/>
          </w:tcPr>
          <w:p>
            <w:r>
              <w:t>random_forest</w:t>
            </w:r>
          </w:p>
        </w:tc>
      </w:tr>
      <w:tr>
        <w:tc>
          <w:tcPr>
            <w:tcW w:type="dxa" w:w="4320"/>
          </w:tcPr>
          <w:p>
            <w:r>
              <w:t>target_column</w:t>
            </w:r>
          </w:p>
        </w:tc>
        <w:tc>
          <w:tcPr>
            <w:tcW w:type="dxa" w:w="4320"/>
          </w:tcPr>
          <w:p>
            <w:r>
              <w:t>PC_SHOOTMASS</w:t>
            </w:r>
          </w:p>
        </w:tc>
      </w:tr>
      <w:tr>
        <w:tc>
          <w:tcPr>
            <w:tcW w:type="dxa" w:w="4320"/>
          </w:tcPr>
          <w:p>
            <w:r>
              <w:t>n_splits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</w:tbl>
    <w:p>
      <w:pPr>
        <w:pStyle w:val="Heading4"/>
      </w:pPr>
      <w:r>
        <w:t>Command history</w:t>
      </w:r>
    </w:p>
    <w:p>
      <w:r>
        <w:rPr>
          <w:rFonts w:ascii="Courier New" w:hAnsi="Courier New"/>
        </w:rPr>
        <w:t># python</w:t>
        <w:br/>
        <w:t># Models compared via app.services.ml_model_registry</w:t>
      </w:r>
    </w:p>
    <w:p>
      <w:r>
        <w:rPr>
          <w:rFonts w:ascii="Courier New" w:hAnsi="Courier New"/>
        </w:rPr>
        <w:t># python</w:t>
        <w:br/>
        <w:t>scores = sklearn.model_selection.cross_val_score(model, X, y, cv=3)</w:t>
      </w:r>
    </w:p>
    <w:p>
      <w:pPr>
        <w:pStyle w:val="Heading2"/>
      </w:pPr>
      <w:r>
        <w:t>2. pipeline stage — feature selection (#101)</w:t>
      </w:r>
    </w:p>
    <w:p>
      <w:r>
        <w:t>2026-09-21 02:12:52 · ml_result · status: completed</w:t>
      </w:r>
    </w:p>
    <w:p>
      <w:r>
        <w:rPr>
          <w:i/>
        </w:rPr>
        <w:t>Pipeline stage feature selection: kbest_f (k=5); 40 → 5 features.</w:t>
      </w:r>
    </w:p>
    <w:p>
      <w:pPr>
        <w:pStyle w:val="Heading3"/>
      </w:pPr>
      <w:r>
        <w:t>feature selection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Field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stage</w:t>
            </w:r>
          </w:p>
        </w:tc>
        <w:tc>
          <w:tcPr>
            <w:tcW w:type="dxa" w:w="4320"/>
          </w:tcPr>
          <w:p>
            <w:r>
              <w:t>feature_selection</w:t>
            </w:r>
          </w:p>
        </w:tc>
      </w:tr>
      <w:tr>
        <w:tc>
          <w:tcPr>
            <w:tcW w:type="dxa" w:w="4320"/>
          </w:tcPr>
          <w:p>
            <w:r>
              <w:t>detail</w:t>
            </w:r>
          </w:p>
        </w:tc>
        <w:tc>
          <w:tcPr>
            <w:tcW w:type="dxa" w:w="4320"/>
          </w:tcPr>
          <w:p>
            <w:r>
              <w:t>kbest_f (k=5); 40 → 5 features</w:t>
            </w:r>
          </w:p>
        </w:tc>
      </w:tr>
    </w:tbl>
    <w:p>
      <w:pPr>
        <w:pStyle w:val="Heading3"/>
      </w:pPr>
      <w:r>
        <w:t>Method &amp; Provenance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Random Forest</w:t>
            </w:r>
          </w:p>
        </w:tc>
      </w:tr>
      <w:tr>
        <w:tc>
          <w:tcPr>
            <w:tcW w:type="dxa" w:w="4320"/>
          </w:tcPr>
          <w:p>
            <w:r>
              <w:t>engine</w:t>
            </w:r>
          </w:p>
        </w:tc>
        <w:tc>
          <w:tcPr>
            <w:tcW w:type="dxa" w:w="4320"/>
          </w:tcPr>
          <w:p>
            <w:r>
              <w:t>Python · scikit-learn 1.8.0</w:t>
            </w:r>
          </w:p>
        </w:tc>
      </w:tr>
      <w:tr>
        <w:tc>
          <w:tcPr>
            <w:tcW w:type="dxa" w:w="4320"/>
          </w:tcPr>
          <w:p>
            <w:r>
              <w:t>datasets</w:t>
            </w:r>
          </w:p>
        </w:tc>
        <w:tc>
          <w:tcPr>
            <w:tcW w:type="dxa" w:w="4320"/>
          </w:tcPr>
          <w:p>
            <w:r>
              <w:t>gallery — cat_g_field_data_plots.csv</w:t>
            </w:r>
          </w:p>
        </w:tc>
      </w:tr>
      <w:tr>
        <w:tc>
          <w:tcPr>
            <w:tcW w:type="dxa" w:w="4320"/>
          </w:tcPr>
          <w:p>
            <w:r>
              <w:t>started</w:t>
            </w:r>
          </w:p>
        </w:tc>
        <w:tc>
          <w:tcPr>
            <w:tcW w:type="dxa" w:w="4320"/>
          </w:tcPr>
          <w:p>
            <w:r>
              <w:t>2026-09-21 02:12:52.641122</w:t>
            </w:r>
          </w:p>
        </w:tc>
      </w:tr>
      <w:tr>
        <w:tc>
          <w:tcPr>
            <w:tcW w:type="dxa" w:w="4320"/>
          </w:tcPr>
          <w:p>
            <w:r>
              <w:t>permanent link</w:t>
            </w:r>
          </w:p>
        </w:tc>
        <w:tc>
          <w:tcPr>
            <w:tcW w:type="dxa" w:w="4320"/>
          </w:tcPr>
          <w:p>
            <w:r>
              <w:t>https://cat-g-omxpert.wishartlab.com/results/by-token/a316fb7a42834890a899475de981b6f9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Parameter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model_type</w:t>
            </w:r>
          </w:p>
        </w:tc>
        <w:tc>
          <w:tcPr>
            <w:tcW w:type="dxa" w:w="4320"/>
          </w:tcPr>
          <w:p>
            <w:r>
              <w:t>random_forest</w:t>
            </w:r>
          </w:p>
        </w:tc>
      </w:tr>
      <w:tr>
        <w:tc>
          <w:tcPr>
            <w:tcW w:type="dxa" w:w="4320"/>
          </w:tcPr>
          <w:p>
            <w:r>
              <w:t>target_column</w:t>
            </w:r>
          </w:p>
        </w:tc>
        <w:tc>
          <w:tcPr>
            <w:tcW w:type="dxa" w:w="4320"/>
          </w:tcPr>
          <w:p>
            <w:r>
              <w:t>PC_SHOOTMASS</w:t>
            </w:r>
          </w:p>
        </w:tc>
      </w:tr>
      <w:tr>
        <w:tc>
          <w:tcPr>
            <w:tcW w:type="dxa" w:w="4320"/>
          </w:tcPr>
          <w:p>
            <w:r>
              <w:t>n_splits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</w:tbl>
    <w:p>
      <w:pPr>
        <w:pStyle w:val="Heading4"/>
      </w:pPr>
      <w:r>
        <w:t>Command history</w:t>
      </w:r>
    </w:p>
    <w:p>
      <w:r>
        <w:rPr>
          <w:rFonts w:ascii="Courier New" w:hAnsi="Courier New"/>
        </w:rPr>
        <w:t># python</w:t>
        <w:br/>
        <w:t># Models compared via app.services.ml_model_registry</w:t>
      </w:r>
    </w:p>
    <w:p>
      <w:r>
        <w:rPr>
          <w:rFonts w:ascii="Courier New" w:hAnsi="Courier New"/>
        </w:rPr>
        <w:t># python</w:t>
        <w:br/>
        <w:t>scores = sklearn.model_selection.cross_val_score(model, X, y, cv=3)</w:t>
      </w:r>
    </w:p>
    <w:p>
      <w:pPr>
        <w:pStyle w:val="Heading2"/>
      </w:pPr>
      <w:r>
        <w:t>3. random forest (#101)</w:t>
      </w:r>
    </w:p>
    <w:p>
      <w:r>
        <w:t>2026-09-21 02:12:52 · ml_result · status: completed</w:t>
      </w:r>
    </w:p>
    <w:p>
      <w:r>
        <w:rPr>
          <w:i/>
        </w:rPr>
        <w:t>The model explains 27.2% of the variance in PC_SHOOTMASS under cross-validation.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r2_mean</w:t>
            </w:r>
          </w:p>
        </w:tc>
        <w:tc>
          <w:tcPr>
            <w:tcW w:type="dxa" w:w="4320"/>
          </w:tcPr>
          <w:p>
            <w:r>
              <w:t>0.271886</w:t>
            </w:r>
          </w:p>
        </w:tc>
      </w:tr>
      <w:tr>
        <w:tc>
          <w:tcPr>
            <w:tcW w:type="dxa" w:w="4320"/>
          </w:tcPr>
          <w:p>
            <w:r>
              <w:t>r2_std</w:t>
            </w:r>
          </w:p>
        </w:tc>
        <w:tc>
          <w:tcPr>
            <w:tcW w:type="dxa" w:w="4320"/>
          </w:tcPr>
          <w:p>
            <w:r>
              <w:t>0.016556</w:t>
            </w:r>
          </w:p>
        </w:tc>
      </w:tr>
      <w:tr>
        <w:tc>
          <w:tcPr>
            <w:tcW w:type="dxa" w:w="4320"/>
          </w:tcPr>
          <w:p>
            <w:r>
              <w:t>mse_mean</w:t>
            </w:r>
          </w:p>
        </w:tc>
        <w:tc>
          <w:tcPr>
            <w:tcW w:type="dxa" w:w="4320"/>
          </w:tcPr>
          <w:p>
            <w:r>
              <w:t>63.288757</w:t>
            </w:r>
          </w:p>
        </w:tc>
      </w:tr>
      <w:tr>
        <w:tc>
          <w:tcPr>
            <w:tcW w:type="dxa" w:w="4320"/>
          </w:tcPr>
          <w:p>
            <w:r>
              <w:t>mse_std</w:t>
            </w:r>
          </w:p>
        </w:tc>
        <w:tc>
          <w:tcPr>
            <w:tcW w:type="dxa" w:w="4320"/>
          </w:tcPr>
          <w:p>
            <w:r>
              <w:t>5.592898</w:t>
            </w:r>
          </w:p>
        </w:tc>
      </w:tr>
      <w:tr>
        <w:tc>
          <w:tcPr>
            <w:tcW w:type="dxa" w:w="4320"/>
          </w:tcPr>
          <w:p>
            <w:r>
              <w:t>task_type</w:t>
            </w:r>
          </w:p>
        </w:tc>
        <w:tc>
          <w:tcPr>
            <w:tcW w:type="dxa" w:w="4320"/>
          </w:tcPr>
          <w:p>
            <w:r>
              <w:t>regression</w:t>
            </w:r>
          </w:p>
        </w:tc>
      </w:tr>
    </w:tbl>
    <w:p>
      <w:pPr>
        <w:pStyle w:val="Heading3"/>
      </w:pPr>
      <w:r>
        <w:t>pipeline stages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stage</w:t>
            </w:r>
          </w:p>
        </w:tc>
        <w:tc>
          <w:tcPr>
            <w:tcW w:type="dxa" w:w="4320"/>
          </w:tcPr>
          <w:p>
            <w:r>
              <w:t>detail</w:t>
            </w:r>
          </w:p>
        </w:tc>
      </w:tr>
      <w:tr>
        <w:tc>
          <w:tcPr>
            <w:tcW w:type="dxa" w:w="4320"/>
          </w:tcPr>
          <w:p>
            <w:r>
              <w:t>preprocessing</w:t>
            </w:r>
          </w:p>
        </w:tc>
        <w:tc>
          <w:tcPr>
            <w:tcW w:type="dxa" w:w="4320"/>
          </w:tcPr>
          <w:p>
            <w:r>
              <w:t>missing values: mean</w:t>
            </w:r>
          </w:p>
        </w:tc>
      </w:tr>
      <w:tr>
        <w:tc>
          <w:tcPr>
            <w:tcW w:type="dxa" w:w="4320"/>
          </w:tcPr>
          <w:p>
            <w:r>
              <w:t>feature_selection</w:t>
            </w:r>
          </w:p>
        </w:tc>
        <w:tc>
          <w:tcPr>
            <w:tcW w:type="dxa" w:w="4320"/>
          </w:tcPr>
          <w:p>
            <w:r>
              <w:t>kbest_f (k=5); 40 → 5 features</w:t>
            </w:r>
          </w:p>
        </w:tc>
      </w:tr>
      <w:tr>
        <w:tc>
          <w:tcPr>
            <w:tcW w:type="dxa" w:w="4320"/>
          </w:tcPr>
          <w:p>
            <w:r>
              <w:t>model</w:t>
            </w:r>
          </w:p>
        </w:tc>
        <w:tc>
          <w:tcPr>
            <w:tcW w:type="dxa" w:w="4320"/>
          </w:tcPr>
          <w:p>
            <w:r>
              <w:t>random_forest (regression), 3-fold cross-validation</w:t>
            </w:r>
          </w:p>
        </w:tc>
      </w:tr>
    </w:tbl>
    <w:p>
      <w:pPr>
        <w:pStyle w:val="Heading3"/>
      </w:pPr>
      <w:r>
        <w:t>feature importance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name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ENV_SOILOC</w:t>
            </w:r>
          </w:p>
        </w:tc>
        <w:tc>
          <w:tcPr>
            <w:tcW w:type="dxa" w:w="4320"/>
          </w:tcPr>
          <w:p>
            <w:r>
              <w:t>0.177931</w:t>
            </w:r>
          </w:p>
        </w:tc>
      </w:tr>
      <w:tr>
        <w:tc>
          <w:tcPr>
            <w:tcW w:type="dxa" w:w="4320"/>
          </w:tcPr>
          <w:p>
            <w:r>
              <w:t>ENV_SOILTN</w:t>
            </w:r>
          </w:p>
        </w:tc>
        <w:tc>
          <w:tcPr>
            <w:tcW w:type="dxa" w:w="4320"/>
          </w:tcPr>
          <w:p>
            <w:r>
              <w:t>0.133153</w:t>
            </w:r>
          </w:p>
        </w:tc>
      </w:tr>
      <w:tr>
        <w:tc>
          <w:tcPr>
            <w:tcW w:type="dxa" w:w="4320"/>
          </w:tcPr>
          <w:p>
            <w:r>
              <w:t>ENV_SOILTC</w:t>
            </w:r>
          </w:p>
        </w:tc>
        <w:tc>
          <w:tcPr>
            <w:tcW w:type="dxa" w:w="4320"/>
          </w:tcPr>
          <w:p>
            <w:r>
              <w:t>0.128963</w:t>
            </w:r>
          </w:p>
        </w:tc>
      </w:tr>
      <w:tr>
        <w:tc>
          <w:tcPr>
            <w:tcW w:type="dxa" w:w="4320"/>
          </w:tcPr>
          <w:p>
            <w:r>
              <w:t>ENV_SOILMOIS</w:t>
            </w:r>
          </w:p>
        </w:tc>
        <w:tc>
          <w:tcPr>
            <w:tcW w:type="dxa" w:w="4320"/>
          </w:tcPr>
          <w:p>
            <w:r>
              <w:t>0.154279</w:t>
            </w:r>
          </w:p>
        </w:tc>
      </w:tr>
      <w:tr>
        <w:tc>
          <w:tcPr>
            <w:tcW w:type="dxa" w:w="4320"/>
          </w:tcPr>
          <w:p>
            <w:r>
              <w:t>RC_SHOOTMASS</w:t>
            </w:r>
          </w:p>
        </w:tc>
        <w:tc>
          <w:tcPr>
            <w:tcW w:type="dxa" w:w="4320"/>
          </w:tcPr>
          <w:p>
            <w:r>
              <w:t>0.405673</w:t>
            </w:r>
          </w:p>
        </w:tc>
      </w:tr>
    </w:tbl>
    <w:p>
      <w:pPr>
        <w:pStyle w:val="Heading3"/>
      </w:pPr>
      <w:r>
        <w:t>split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r2</w:t>
            </w:r>
          </w:p>
        </w:tc>
        <w:tc>
          <w:tcPr>
            <w:tcW w:type="dxa" w:w="4320"/>
          </w:tcPr>
          <w:p>
            <w:r>
              <w:t>mse</w:t>
            </w:r>
          </w:p>
        </w:tc>
      </w:tr>
      <w:tr>
        <w:tc>
          <w:tcPr>
            <w:tcW w:type="dxa" w:w="4320"/>
          </w:tcPr>
          <w:p>
            <w:r>
              <w:t>0.294885</w:t>
            </w:r>
          </w:p>
        </w:tc>
        <w:tc>
          <w:tcPr>
            <w:tcW w:type="dxa" w:w="4320"/>
          </w:tcPr>
          <w:p>
            <w:r>
              <w:t>65.113089</w:t>
            </w:r>
          </w:p>
        </w:tc>
      </w:tr>
      <w:tr>
        <w:tc>
          <w:tcPr>
            <w:tcW w:type="dxa" w:w="4320"/>
          </w:tcPr>
          <w:p>
            <w:r>
              <w:t>0.264187</w:t>
            </w:r>
          </w:p>
        </w:tc>
        <w:tc>
          <w:tcPr>
            <w:tcW w:type="dxa" w:w="4320"/>
          </w:tcPr>
          <w:p>
            <w:r>
              <w:t>69.041771</w:t>
            </w:r>
          </w:p>
        </w:tc>
      </w:tr>
      <w:tr>
        <w:tc>
          <w:tcPr>
            <w:tcW w:type="dxa" w:w="4320"/>
          </w:tcPr>
          <w:p>
            <w:r>
              <w:t>0.256587</w:t>
            </w:r>
          </w:p>
        </w:tc>
        <w:tc>
          <w:tcPr>
            <w:tcW w:type="dxa" w:w="4320"/>
          </w:tcPr>
          <w:p>
            <w:r>
              <w:t>55.711411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5400000" cy="3575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importance bar</w:t>
      </w:r>
    </w:p>
    <w:p>
      <w:r>
        <w:drawing>
          <wp:inline xmlns:a="http://schemas.openxmlformats.org/drawingml/2006/main" xmlns:pic="http://schemas.openxmlformats.org/drawingml/2006/picture">
            <wp:extent cx="5400000" cy="3575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cv boxplot</w:t>
      </w:r>
    </w:p>
    <w:p>
      <w:pPr>
        <w:pStyle w:val="Heading3"/>
      </w:pPr>
      <w:r>
        <w:t>Method &amp; Provenance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Random Forest</w:t>
            </w:r>
          </w:p>
        </w:tc>
      </w:tr>
      <w:tr>
        <w:tc>
          <w:tcPr>
            <w:tcW w:type="dxa" w:w="4320"/>
          </w:tcPr>
          <w:p>
            <w:r>
              <w:t>engine</w:t>
            </w:r>
          </w:p>
        </w:tc>
        <w:tc>
          <w:tcPr>
            <w:tcW w:type="dxa" w:w="4320"/>
          </w:tcPr>
          <w:p>
            <w:r>
              <w:t>Python · scikit-learn 1.8.0</w:t>
            </w:r>
          </w:p>
        </w:tc>
      </w:tr>
      <w:tr>
        <w:tc>
          <w:tcPr>
            <w:tcW w:type="dxa" w:w="4320"/>
          </w:tcPr>
          <w:p>
            <w:r>
              <w:t>datasets</w:t>
            </w:r>
          </w:p>
        </w:tc>
        <w:tc>
          <w:tcPr>
            <w:tcW w:type="dxa" w:w="4320"/>
          </w:tcPr>
          <w:p>
            <w:r>
              <w:t>gallery — cat_g_field_data_plots.csv</w:t>
            </w:r>
          </w:p>
        </w:tc>
      </w:tr>
      <w:tr>
        <w:tc>
          <w:tcPr>
            <w:tcW w:type="dxa" w:w="4320"/>
          </w:tcPr>
          <w:p>
            <w:r>
              <w:t>started</w:t>
            </w:r>
          </w:p>
        </w:tc>
        <w:tc>
          <w:tcPr>
            <w:tcW w:type="dxa" w:w="4320"/>
          </w:tcPr>
          <w:p>
            <w:r>
              <w:t>2026-09-21 02:12:52.641122</w:t>
            </w:r>
          </w:p>
        </w:tc>
      </w:tr>
      <w:tr>
        <w:tc>
          <w:tcPr>
            <w:tcW w:type="dxa" w:w="4320"/>
          </w:tcPr>
          <w:p>
            <w:r>
              <w:t>permanent link</w:t>
            </w:r>
          </w:p>
        </w:tc>
        <w:tc>
          <w:tcPr>
            <w:tcW w:type="dxa" w:w="4320"/>
          </w:tcPr>
          <w:p>
            <w:r>
              <w:t>https://cat-g-omxpert.wishartlab.com/results/by-token/a316fb7a42834890a899475de981b6f9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Parameter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model_type</w:t>
            </w:r>
          </w:p>
        </w:tc>
        <w:tc>
          <w:tcPr>
            <w:tcW w:type="dxa" w:w="4320"/>
          </w:tcPr>
          <w:p>
            <w:r>
              <w:t>random_forest</w:t>
            </w:r>
          </w:p>
        </w:tc>
      </w:tr>
      <w:tr>
        <w:tc>
          <w:tcPr>
            <w:tcW w:type="dxa" w:w="4320"/>
          </w:tcPr>
          <w:p>
            <w:r>
              <w:t>target_column</w:t>
            </w:r>
          </w:p>
        </w:tc>
        <w:tc>
          <w:tcPr>
            <w:tcW w:type="dxa" w:w="4320"/>
          </w:tcPr>
          <w:p>
            <w:r>
              <w:t>PC_SHOOTMASS</w:t>
            </w:r>
          </w:p>
        </w:tc>
      </w:tr>
      <w:tr>
        <w:tc>
          <w:tcPr>
            <w:tcW w:type="dxa" w:w="4320"/>
          </w:tcPr>
          <w:p>
            <w:r>
              <w:t>n_splits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</w:tbl>
    <w:p>
      <w:pPr>
        <w:pStyle w:val="Heading4"/>
      </w:pPr>
      <w:r>
        <w:t>Command history</w:t>
      </w:r>
    </w:p>
    <w:p>
      <w:r>
        <w:rPr>
          <w:rFonts w:ascii="Courier New" w:hAnsi="Courier New"/>
        </w:rPr>
        <w:t># python</w:t>
        <w:br/>
        <w:t># Models compared via app.services.ml_model_registry</w:t>
      </w:r>
    </w:p>
    <w:p>
      <w:r>
        <w:rPr>
          <w:rFonts w:ascii="Courier New" w:hAnsi="Courier New"/>
        </w:rPr>
        <w:t># python</w:t>
        <w:br/>
        <w:t>scores = sklearn.model_selection.cross_val_score(model, X, y, cv=3)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