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Clustering Result #32 — Analysis Report</w:t>
      </w:r>
    </w:p>
    <w:p>
      <w:r>
        <w:t>Generated 2026-09-21 02:36:19 · 1 run(s) · CAT-G Data Analyzer</w:t>
      </w:r>
    </w:p>
    <w:p>
      <w:pPr>
        <w:pStyle w:val="Heading2"/>
      </w:pPr>
      <w:r>
        <w:t>1. kmeans (#32)</w:t>
      </w:r>
    </w:p>
    <w:p>
      <w:r>
        <w:t>2026-09-21 02:12:45 · clustering · status: completed</w:t>
      </w:r>
    </w:p>
    <w:p>
      <w:r>
        <w:rPr>
          <w:i/>
        </w:rPr>
        <w:t>Clustering split 59 samples into 3 clusters (mean silhouette 0.152).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kmeans</w:t>
            </w:r>
          </w:p>
        </w:tc>
      </w:tr>
      <w:tr>
        <w:tc>
          <w:tcPr>
            <w:tcW w:type="dxa" w:w="4320"/>
          </w:tcPr>
          <w:p>
            <w:r>
              <w:t>k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silhouette</w:t>
            </w:r>
          </w:p>
        </w:tc>
        <w:tc>
          <w:tcPr>
            <w:tcW w:type="dxa" w:w="4320"/>
          </w:tcPr>
          <w:p>
            <w:r>
              <w:t>0.152473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59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341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693</w:t>
            </w:r>
          </w:p>
        </w:tc>
      </w:tr>
    </w:tbl>
    <w:p>
      <w:pPr>
        <w:pStyle w:val="Heading3"/>
      </w:pPr>
      <w:r>
        <w:t>sizes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0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</w:tbl>
    <w:p>
      <w:pPr>
        <w:pStyle w:val="Heading3"/>
      </w:pPr>
      <w:r>
        <w:t>inertia sweep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2093.887449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1847.72523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1699.257911</w:t>
            </w:r>
          </w:p>
        </w:tc>
      </w:tr>
      <w:tr>
        <w:tc>
          <w:tcPr>
            <w:tcW w:type="dxa" w:w="4320"/>
          </w:tcPr>
          <w:p>
            <w:r>
              <w:t>5</w:t>
            </w:r>
          </w:p>
        </w:tc>
        <w:tc>
          <w:tcPr>
            <w:tcW w:type="dxa" w:w="4320"/>
          </w:tcPr>
          <w:p>
            <w:r>
              <w:t>1613.733829</w:t>
            </w:r>
          </w:p>
        </w:tc>
      </w:tr>
      <w:tr>
        <w:tc>
          <w:tcPr>
            <w:tcW w:type="dxa" w:w="4320"/>
          </w:tcPr>
          <w:p>
            <w:r>
              <w:t>6</w:t>
            </w:r>
          </w:p>
        </w:tc>
        <w:tc>
          <w:tcPr>
            <w:tcW w:type="dxa" w:w="4320"/>
          </w:tcPr>
          <w:p>
            <w:r>
              <w:t>1523.590748</w:t>
            </w:r>
          </w:p>
        </w:tc>
      </w:tr>
      <w:tr>
        <w:tc>
          <w:tcPr>
            <w:tcW w:type="dxa" w:w="4320"/>
          </w:tcPr>
          <w:p>
            <w:r>
              <w:t>7</w:t>
            </w:r>
          </w:p>
        </w:tc>
        <w:tc>
          <w:tcPr>
            <w:tcW w:type="dxa" w:w="4320"/>
          </w:tcPr>
          <w:p>
            <w:r>
              <w:t>1408.770415</w:t>
            </w:r>
          </w:p>
        </w:tc>
      </w:tr>
      <w:tr>
        <w:tc>
          <w:tcPr>
            <w:tcW w:type="dxa" w:w="4320"/>
          </w:tcPr>
          <w:p>
            <w:r>
              <w:t>8</w:t>
            </w:r>
          </w:p>
        </w:tc>
        <w:tc>
          <w:tcPr>
            <w:tcW w:type="dxa" w:w="4320"/>
          </w:tcPr>
          <w:p>
            <w:r>
              <w:t>1339.767584</w:t>
            </w:r>
          </w:p>
        </w:tc>
      </w:tr>
      <w:tr>
        <w:tc>
          <w:tcPr>
            <w:tcW w:type="dxa" w:w="4320"/>
          </w:tcPr>
          <w:p>
            <w:r>
              <w:t>9</w:t>
            </w:r>
          </w:p>
        </w:tc>
        <w:tc>
          <w:tcPr>
            <w:tcW w:type="dxa" w:w="4320"/>
          </w:tcPr>
          <w:p>
            <w:r>
              <w:t>1255.414151</w:t>
            </w:r>
          </w:p>
        </w:tc>
      </w:tr>
      <w:tr>
        <w:tc>
          <w:tcPr>
            <w:tcW w:type="dxa" w:w="4320"/>
          </w:tcPr>
          <w:p>
            <w:r>
              <w:t>10</w:t>
            </w:r>
          </w:p>
        </w:tc>
        <w:tc>
          <w:tcPr>
            <w:tcW w:type="dxa" w:w="4320"/>
          </w:tcPr>
          <w:p>
            <w:r>
              <w:t>1173.445572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69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cluster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silhouette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elbow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Clustering — K-Means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02:12:45.307195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https://cat-g-omxpert.wishartlab.com/results/by-token/a038a07d3c7e4e02ab3ee272769ecd2c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cluster_method</w:t>
            </w:r>
          </w:p>
        </w:tc>
        <w:tc>
          <w:tcPr>
            <w:tcW w:type="dxa" w:w="4320"/>
          </w:tcPr>
          <w:p>
            <w:r>
              <w:t>kmeans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PLOT, LAT, LONG, ENV_SOILNH4, ENV_SOILNO3, ENV_SOILP, ENV_SOILOC, ENV_SOILTN, ENV_SOILTC, ENV_PH, ENV_SOILCLAY, ENV_SOILSILT, ENV_SOILSAND, ENV_SOILMOIS, RC_SHOOTMASS, RC_WOODMASS, RC_LITTERMASS, RC_LITTERWMASS, PC_SHOOTMASS, PC_WOODMASS, PC_LITTERMASS, PC_LITTERWMASS, PC_ROOTMASS, PC_HEIGHT, GH_COUNT, ENV_AIRTEMP, COVER_RICHNESS_JUN, COVER_TOTAL_JUN, COVER_SHANNON_JUN, COVER_RICHNESS_JUL, COVER_TOTAL_JUL, COVER_SHANNON_JUL, COVER_RICHNESS_AUG, COVER_TOTAL_AUG, COVER_SHANNON_AUG, PASTURE_TOTALAREA, SUBPASTURE_TOTALAREA, PASTURE_FORESTAREA, PASTURE_WETLANDAREA, SUBPASTURE_FORESTAREA, SUBPASTURE_WETLANDAREA</w:t>
            </w:r>
          </w:p>
        </w:tc>
      </w:tr>
      <w:tr>
        <w:tc>
          <w:tcPr>
            <w:tcW w:type="dxa" w:w="4320"/>
          </w:tcPr>
          <w:p>
            <w:r>
              <w:t>n_clusters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sklearn.cluster import KMeans</w:t>
      </w:r>
    </w:p>
    <w:p>
      <w:r>
        <w:rPr>
          <w:rFonts w:ascii="Courier New" w:hAnsi="Courier New"/>
        </w:rPr>
        <w:t># python</w:t>
        <w:br/>
        <w:t>labels = KMeans(n_clusters=3, n_init=10, random_state=42).fit_predict(X)</w:t>
      </w:r>
    </w:p>
    <w:p>
      <w:r>
        <w:rPr>
          <w:rFonts w:ascii="Courier New" w:hAnsi="Courier New"/>
        </w:rPr>
        <w:t># python</w:t>
        <w:br/>
        <w:t>silhouette = sklearn.metrics.silhouette_score(X, labels)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